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REFERENCE LETTER AND CERTIFICATE OF SERVICE</w:t>
      </w:r>
    </w:p>
    <w:p>
      <w:pPr>
        <w:spacing w:before="0" w:after="160"/>
        <w:keepNext/>
      </w:pPr>
      <w:r>
        <w:rPr>
          <w:rFonts w:ascii="Open Sans" w:hAnsi="Open Sans"/>
          <w:color w:val="6B6870"/>
          <w:sz w:val="20"/>
        </w:rPr>
        <w:t>Template C2 | Three versions to choose from | Basic Conditions of Employment Act 75 of 1997, section 42</w:t>
      </w:r>
    </w:p>
    <w:p>
      <w:pPr>
        <w:spacing w:before="0" w:after="200"/>
        <w:pBdr>
          <w:bottom w:val="single" w:sz="12" w:space="1" w:color="D7B428"/>
        </w:pBdr>
      </w:pPr>
    </w:p>
    <w:p>
      <w:pPr>
        <w:pStyle w:val="Heading1"/>
      </w:pPr>
      <w:r>
        <w:t>Before you write anything</w:t>
      </w:r>
    </w:p>
    <w:p>
      <w:pPr>
        <w:spacing w:after="120" w:before="0"/>
      </w:pPr>
      <w:r>
        <w:rPr>
          <w:rFonts w:ascii="Open Sans" w:hAnsi="Open Sans"/>
          <w:b w:val="0"/>
          <w:i w:val="0"/>
          <w:sz w:val="21"/>
        </w:rPr>
        <w:t>Somebody has asked you for a reference for a person who used to work for you. This looks like a five minute job and it is the one HR document that most often comes back to bite a small employer. Write too much and you can be sued for defamation by the person you wrote about. Write a glowing reference for someone you would never re-employ and the new employer can come after you when it goes wrong. Refuse to write anything and you may still owe the employee a certificate of service, because that one is not optional.</w:t>
      </w:r>
    </w:p>
    <w:p>
      <w:pPr>
        <w:spacing w:after="120" w:before="0"/>
      </w:pPr>
      <w:r>
        <w:rPr>
          <w:rFonts w:ascii="Open Sans" w:hAnsi="Open Sans"/>
          <w:b w:val="0"/>
          <w:i w:val="0"/>
          <w:sz w:val="21"/>
        </w:rPr>
        <w:t>This template gives you three documents. Pick one, fill it in, delete the other two and delete these guide pages before you print.</w:t>
      </w:r>
    </w:p>
    <w:p>
      <w:pPr>
        <w:pStyle w:val="Heading2"/>
      </w:pPr>
      <w:r>
        <w:t>1. Three documents, and they are not interchangeable</w:t>
      </w:r>
    </w:p>
    <w:tbl>
      <w:tblPr>
        <w:tblW w:type="dxa" w:w="9025"/>
        <w:jc w:val="center"/>
        <w:tblLayout w:type="fixed"/>
        <w:tblLook w:firstColumn="1" w:firstRow="1" w:lastColumn="0" w:lastRow="0" w:noHBand="0" w:noVBand="1" w:val="04A0"/>
      </w:tblPr>
      <w:tblGrid>
        <w:gridCol w:w="2166"/>
        <w:gridCol w:w="3249"/>
        <w:gridCol w:w="3610"/>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DOCUMENT</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YOU USE IT</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MUST YOU GIVE IT?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reference letter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good leaver you would happily re-employ, where you are willing to comment on how they worked.</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 There is no general legal duty to give a reference. You only have to give one if you agreed to, for example in a settlement agreement at the CCMA.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Neutral confirmation of employment</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Where you would rather not comment on performance: the employment ended badly, you did not manage the person yourself, or you simply want one policy for everybody.</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 same as above. This is the safe middle and there is nothing wrong with using it every time.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Certificate of service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employee, on the day the employment ends, whatever the reason it ended.</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Yes. Section 42 of the BCEA. You owe it even to an employee you dismissed for theft, and even if they never ask for it.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certificate of service is not a reference. It records facts, it says nothing about performance, and it carries no opinion. Give it to every employee who leaves, on their last day, together with the IRP5 and the completed UI-19.</w:t>
      </w:r>
    </w:p>
    <w:p>
      <w:pPr>
        <w:pStyle w:val="Heading2"/>
      </w:pPr>
      <w:r>
        <w:t>2. What can go wrong, in plain terms</w:t>
      </w:r>
    </w:p>
    <w:p>
      <w:pPr>
        <w:spacing w:after="120" w:before="0"/>
      </w:pPr>
      <w:r>
        <w:rPr>
          <w:rFonts w:ascii="Open Sans" w:hAnsi="Open Sans"/>
          <w:b w:val="0"/>
          <w:i w:val="0"/>
          <w:sz w:val="21"/>
        </w:rPr>
        <w:t>Defamation. If you publish a statement to someone else that lowers a person's reputation, that person can sue you. It does not help you that you believed it. What helps you is that it is true and in the public interest, that it is fair comment on facts, or that you were answering a request from someone who had a genuine interest in getting an honest answer, which the law treats as a protected occasion. That protection falls away if you acted out of spite or recklessly.</w:t>
      </w:r>
    </w:p>
    <w:p>
      <w:pPr>
        <w:spacing w:after="120" w:before="0"/>
      </w:pPr>
      <w:r>
        <w:rPr>
          <w:rFonts w:ascii="Open Sans" w:hAnsi="Open Sans"/>
          <w:b w:val="0"/>
          <w:i w:val="0"/>
          <w:sz w:val="21"/>
        </w:rPr>
        <w:t>Negligent misstatement. This is the opposite problem. If you write a warm reference for a person you know to be dishonest or incompetent, and the new employer appoints them because of your letter and suffers a loss, the new employer can look to you. A reference must not be misleading, and leaving out something important can mislead just as effectively as saying something false.</w:t>
      </w:r>
    </w:p>
    <w:p>
      <w:pPr>
        <w:spacing w:after="120" w:before="0"/>
      </w:pPr>
      <w:r>
        <w:rPr>
          <w:rFonts w:ascii="Open Sans" w:hAnsi="Open Sans"/>
          <w:b w:val="0"/>
          <w:i w:val="0"/>
          <w:sz w:val="21"/>
        </w:rPr>
        <w:t>Contradicting yourself. If you retrenched somebody for operational reasons, do not later tell a caller that you let them go for poor performance. If you dismissed somebody for misconduct, do not write a glowing reference and then defend the dismissal at the CCMA. Your reference, your termination letter, your UI-19 reason code and your evidence at arbitration must all tell the same story, because the other side will put them side by side.</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If the employee has referred a dispute to the CCMA, a bargaining council or the Labour Court, and it has not been finished, say nothing about the reason for leaving and nothing about performance. Use the neutral confirmation, and if someone asks why, say that the matter is not concluded. Anything else is evidence against you.</w:t>
      </w:r>
    </w:p>
    <w:p>
      <w:pPr>
        <w:pStyle w:val="Heading2"/>
      </w:pPr>
      <w:r>
        <w:t>3. The rules that keep you safe</w:t>
      </w:r>
    </w:p>
    <w:p>
      <w:pPr>
        <w:pStyle w:val="ListBullet"/>
        <w:spacing w:after="60"/>
        <w:ind w:left="340"/>
      </w:pPr>
      <w:r>
        <w:rPr>
          <w:rFonts w:ascii="Open Sans" w:hAnsi="Open Sans"/>
          <w:b w:val="0"/>
          <w:i w:val="0"/>
          <w:sz w:val="21"/>
        </w:rPr>
        <w:t>State only facts you can prove from your own records: dates, job title, pay, attendance figures, a signed final written warning. If it is not on the file, leave it out.</w:t>
      </w:r>
    </w:p>
    <w:p>
      <w:pPr>
        <w:pStyle w:val="ListBullet"/>
        <w:spacing w:after="60"/>
        <w:ind w:left="340"/>
      </w:pPr>
      <w:r>
        <w:rPr>
          <w:rFonts w:ascii="Open Sans" w:hAnsi="Open Sans"/>
          <w:b w:val="0"/>
          <w:i w:val="0"/>
          <w:sz w:val="21"/>
        </w:rPr>
        <w:t>Separate fact from opinion, and mark opinion as opinion. "In my opinion he was the strongest supervisor on the site" is safer than "he was the best supervisor in Polokwane".</w:t>
      </w:r>
    </w:p>
    <w:p>
      <w:pPr>
        <w:pStyle w:val="ListBullet"/>
        <w:spacing w:after="60"/>
        <w:ind w:left="340"/>
      </w:pPr>
      <w:r>
        <w:rPr>
          <w:rFonts w:ascii="Open Sans" w:hAnsi="Open Sans"/>
          <w:b w:val="0"/>
          <w:i w:val="0"/>
          <w:sz w:val="21"/>
        </w:rPr>
        <w:t>Do not comment on a dispute that is still running.</w:t>
      </w:r>
    </w:p>
    <w:p>
      <w:pPr>
        <w:pStyle w:val="ListBullet"/>
        <w:spacing w:after="60"/>
        <w:ind w:left="340"/>
      </w:pPr>
      <w:r>
        <w:rPr>
          <w:rFonts w:ascii="Open Sans" w:hAnsi="Open Sans"/>
          <w:b w:val="0"/>
          <w:i w:val="0"/>
          <w:sz w:val="21"/>
        </w:rPr>
        <w:t>Get the employee's written consent before you disclose anything about their health, a disability, a pregnancy, or their disciplinary record. Health information is special personal information under POPIA and you may not simply hand it to a stranger who phones you.</w:t>
      </w:r>
    </w:p>
    <w:p>
      <w:pPr>
        <w:pStyle w:val="ListBullet"/>
        <w:spacing w:after="60"/>
        <w:ind w:left="340"/>
      </w:pPr>
      <w:r>
        <w:rPr>
          <w:rFonts w:ascii="Open Sans" w:hAnsi="Open Sans"/>
          <w:b w:val="0"/>
          <w:i w:val="0"/>
          <w:sz w:val="21"/>
        </w:rPr>
        <w:t>Say nothing at all about race, religion, sexual orientation, political opinion, family responsibilities, marital status or HIV status. None of it is any of the caller's business and all of it is dangerous.</w:t>
      </w:r>
    </w:p>
    <w:p>
      <w:pPr>
        <w:pStyle w:val="ListBullet"/>
        <w:spacing w:after="60"/>
        <w:ind w:left="340"/>
      </w:pPr>
      <w:r>
        <w:rPr>
          <w:rFonts w:ascii="Open Sans" w:hAnsi="Open Sans"/>
          <w:b w:val="0"/>
          <w:i w:val="0"/>
          <w:sz w:val="21"/>
        </w:rPr>
        <w:t>Decide one policy for the whole business and apply it to everybody. Giving warm references to some people and a bare confirmation to others invites the argument that you treated somebody differently for an unfair reason.</w:t>
      </w:r>
    </w:p>
    <w:p>
      <w:pPr>
        <w:pStyle w:val="ListBullet"/>
        <w:spacing w:after="60"/>
        <w:ind w:left="340"/>
      </w:pPr>
      <w:r>
        <w:rPr>
          <w:rFonts w:ascii="Open Sans" w:hAnsi="Open Sans"/>
          <w:b w:val="0"/>
          <w:i w:val="0"/>
          <w:sz w:val="21"/>
        </w:rPr>
        <w:t>Put a name, a designation and a contact number on the letter so the reader can verify it. A reference nobody can check is worth nothing to the person you wrote it for.</w:t>
      </w:r>
    </w:p>
    <w:p>
      <w:pPr>
        <w:pStyle w:val="ListBullet"/>
        <w:spacing w:after="60"/>
        <w:ind w:left="340"/>
      </w:pPr>
      <w:r>
        <w:rPr>
          <w:rFonts w:ascii="Open Sans" w:hAnsi="Open Sans"/>
          <w:b w:val="0"/>
          <w:i w:val="0"/>
          <w:sz w:val="21"/>
        </w:rPr>
        <w:t>Never backdate a reference and never sign a reference somebody else drafted for themselves.</w:t>
      </w:r>
    </w:p>
    <w:p>
      <w:pPr>
        <w:pStyle w:val="ListBullet"/>
        <w:spacing w:after="60"/>
        <w:ind w:left="340"/>
      </w:pPr>
      <w:r>
        <w:rPr>
          <w:rFonts w:ascii="Open Sans" w:hAnsi="Open Sans"/>
          <w:b w:val="0"/>
          <w:i w:val="0"/>
          <w:sz w:val="21"/>
        </w:rPr>
        <w:t>Keep a signed copy on the employee's file. Section 31 of the BCEA requires you to keep employment records for three years, and a copy of what you actually wrote is the only way to answer a claim about it later.</w:t>
      </w:r>
    </w:p>
    <w:p>
      <w:pPr>
        <w:pStyle w:val="Heading2"/>
      </w:pPr>
      <w:r>
        <w:t>4. Telephone references</w:t>
      </w:r>
    </w:p>
    <w:p>
      <w:pPr>
        <w:spacing w:after="120" w:before="0"/>
      </w:pPr>
      <w:r>
        <w:rPr>
          <w:rFonts w:ascii="Open Sans" w:hAnsi="Open Sans"/>
          <w:b w:val="0"/>
          <w:i w:val="0"/>
          <w:sz w:val="21"/>
        </w:rPr>
        <w:t>Most references in South Africa are given over the phone, and that is where the damage is usually done, because nobody is writing anything down. Take the caller's name, company and number, ring them back on that number so you know who you are speaking to, answer only what is in the letter you already wrote, and make a short file note of what you said and when. If you would not put a sentence in writing, do not say it out loud.</w:t>
      </w:r>
    </w:p>
    <w:p>
      <w:pPr>
        <w:pStyle w:val="Heading2"/>
      </w:pPr>
      <w:r>
        <w:t>5. Who signs it</w:t>
      </w:r>
    </w:p>
    <w:p>
      <w:pPr>
        <w:spacing w:after="120" w:before="0"/>
      </w:pPr>
      <w:r>
        <w:rPr>
          <w:rFonts w:ascii="Open Sans" w:hAnsi="Open Sans"/>
          <w:b w:val="0"/>
          <w:i w:val="0"/>
          <w:sz w:val="21"/>
        </w:rPr>
        <w:t>The owner, a director, a member, or the manager who actually supervised the employee. Print it on your own letterhead, which is the block at the top of this page once you have put your logo and details in. Sign it in ink or with an electronic signature, which is valid under the Electronic Communications and Transactions Act 25 of 2002. Give the employee the original and keep the copy.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is general guidance and not legal advice. If the employment ended in a dispute, or the employee held a position of trust and you are being asked about honesty, have a labour law practitioner read the letter before you send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Version 1: full reference letter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Use this only for someone you would re-employ. Delete the square brackets as you go, delete any paragraph that does not apply, and delete this note. Everything in italics between the paragraphs is instruction for you, not text for the letter.</w:t>
      </w:r>
    </w:p>
    <w:p>
      <w:pPr>
        <w:spacing w:after="240" w:before="0"/>
      </w:pPr>
      <w:r>
        <w:rPr>
          <w:rFonts w:ascii="Open Sans" w:hAnsi="Open Sans"/>
          <w:b w:val="0"/>
          <w:i w:val="0"/>
          <w:color w:val="21759B"/>
          <w:sz w:val="21"/>
        </w:rPr>
        <w:t>[DD Month YYYY]</w:t>
      </w:r>
    </w:p>
    <w:p>
      <w:pPr>
        <w:spacing w:after="240" w:before="0"/>
      </w:pPr>
      <w:r>
        <w:rPr>
          <w:rFonts w:ascii="Open Sans" w:hAnsi="Open Sans"/>
          <w:b/>
          <w:i w:val="0"/>
          <w:sz w:val="21"/>
        </w:rPr>
        <w:t>TO WHOM IT MAY CONCERN</w:t>
      </w:r>
    </w:p>
    <w:p>
      <w:pPr>
        <w:spacing w:after="240" w:before="0"/>
      </w:pPr>
      <w:r>
        <w:rPr>
          <w:rFonts w:ascii="Open Sans" w:hAnsi="Open Sans"/>
          <w:b/>
          <w:i w:val="0"/>
          <w:sz w:val="21"/>
        </w:rPr>
        <w:t xml:space="preserve">REFERENCE FOR </w:t>
      </w:r>
      <w:r>
        <w:rPr>
          <w:rFonts w:ascii="Open Sans" w:hAnsi="Open Sans"/>
          <w:b/>
          <w:i w:val="0"/>
          <w:color w:val="21759B"/>
          <w:sz w:val="21"/>
        </w:rPr>
        <w:t>[FULL NAME OF THE EMPLOYEE]</w:t>
      </w:r>
      <w:r>
        <w:rPr>
          <w:rFonts w:ascii="Open Sans" w:hAnsi="Open Sans"/>
          <w:b/>
          <w:i w:val="0"/>
          <w:sz w:val="21"/>
        </w:rPr>
        <w:t xml:space="preserve">, IDENTITY NUMBER </w:t>
      </w:r>
      <w:r>
        <w:rPr>
          <w:rFonts w:ascii="Open Sans" w:hAnsi="Open Sans"/>
          <w:b/>
          <w:i w:val="0"/>
          <w:color w:val="21759B"/>
          <w:sz w:val="21"/>
        </w:rPr>
        <w:t>[YYMMDD XXXX XX X]</w:t>
      </w:r>
    </w:p>
    <w:p>
      <w:pPr>
        <w:spacing w:after="120" w:before="0"/>
      </w:pPr>
      <w:r>
        <w:rPr>
          <w:rFonts w:ascii="Open Sans" w:hAnsi="Open Sans"/>
          <w:b w:val="0"/>
          <w:i w:val="0"/>
          <w:sz w:val="21"/>
        </w:rPr>
        <w:t xml:space="preserve">I am writing this reference at the request of </w:t>
      </w:r>
      <w:r>
        <w:rPr>
          <w:rFonts w:ascii="Open Sans" w:hAnsi="Open Sans"/>
          <w:b w:val="0"/>
          <w:i w:val="0"/>
          <w:color w:val="21759B"/>
          <w:sz w:val="21"/>
        </w:rPr>
        <w:t>[Employee first name]</w:t>
      </w:r>
      <w:r>
        <w:rPr>
          <w:rFonts w:ascii="Open Sans" w:hAnsi="Open Sans"/>
          <w:b w:val="0"/>
          <w:i w:val="0"/>
          <w:sz w:val="21"/>
        </w:rPr>
        <w:t xml:space="preserve">, who worked for </w:t>
      </w:r>
      <w:r>
        <w:rPr>
          <w:rFonts w:ascii="Open Sans" w:hAnsi="Open Sans"/>
          <w:b w:val="0"/>
          <w:i w:val="0"/>
          <w:color w:val="21759B"/>
          <w:sz w:val="21"/>
        </w:rPr>
        <w:t>[YOUR COMPANY NAME]</w:t>
      </w:r>
      <w:r>
        <w:rPr>
          <w:rFonts w:ascii="Open Sans" w:hAnsi="Open Sans"/>
          <w:b w:val="0"/>
          <w:i w:val="0"/>
          <w:sz w:val="21"/>
        </w:rPr>
        <w:t xml:space="preserve"> from </w:t>
      </w:r>
      <w:r>
        <w:rPr>
          <w:rFonts w:ascii="Open Sans" w:hAnsi="Open Sans"/>
          <w:b w:val="0"/>
          <w:i w:val="0"/>
          <w:color w:val="21759B"/>
          <w:sz w:val="21"/>
        </w:rPr>
        <w:t>[DD Month YYYY]</w:t>
      </w:r>
      <w:r>
        <w:rPr>
          <w:rFonts w:ascii="Open Sans" w:hAnsi="Open Sans"/>
          <w:b w:val="0"/>
          <w:i w:val="0"/>
          <w:sz w:val="21"/>
        </w:rPr>
        <w:t xml:space="preserve"> to </w:t>
      </w:r>
      <w:r>
        <w:rPr>
          <w:rFonts w:ascii="Open Sans" w:hAnsi="Open Sans"/>
          <w:b w:val="0"/>
          <w:i w:val="0"/>
          <w:color w:val="21759B"/>
          <w:sz w:val="21"/>
        </w:rPr>
        <w:t>[DD Month YYYY]</w:t>
      </w:r>
      <w:r>
        <w:rPr>
          <w:rFonts w:ascii="Open Sans" w:hAnsi="Open Sans"/>
          <w:b w:val="0"/>
          <w:i w:val="0"/>
          <w:sz w:val="21"/>
        </w:rPr>
        <w:t xml:space="preserve">, a period of </w:t>
      </w:r>
      <w:r>
        <w:rPr>
          <w:rFonts w:ascii="Open Sans" w:hAnsi="Open Sans"/>
          <w:b w:val="0"/>
          <w:i w:val="0"/>
          <w:color w:val="21759B"/>
          <w:sz w:val="21"/>
        </w:rPr>
        <w:t>[number]</w:t>
      </w:r>
      <w:r>
        <w:rPr>
          <w:rFonts w:ascii="Open Sans" w:hAnsi="Open Sans"/>
          <w:b w:val="0"/>
          <w:i w:val="0"/>
          <w:sz w:val="21"/>
        </w:rPr>
        <w:t xml:space="preserve"> years and </w:t>
      </w:r>
      <w:r>
        <w:rPr>
          <w:rFonts w:ascii="Open Sans" w:hAnsi="Open Sans"/>
          <w:b w:val="0"/>
          <w:i w:val="0"/>
          <w:color w:val="21759B"/>
          <w:sz w:val="21"/>
        </w:rPr>
        <w:t>[number]</w:t>
      </w:r>
      <w:r>
        <w:rPr>
          <w:rFonts w:ascii="Open Sans" w:hAnsi="Open Sans"/>
          <w:b w:val="0"/>
          <w:i w:val="0"/>
          <w:sz w:val="21"/>
        </w:rPr>
        <w:t xml:space="preserve"> months.</w:t>
      </w:r>
    </w:p>
    <w:p>
      <w:pPr>
        <w:pStyle w:val="Heading3"/>
      </w:pPr>
      <w:r>
        <w:t>The job</w:t>
      </w:r>
    </w:p>
    <w:p>
      <w:pPr>
        <w:spacing w:after="120" w:before="0"/>
      </w:pPr>
      <w:r>
        <w:rPr>
          <w:rFonts w:ascii="Open Sans" w:hAnsi="Open Sans"/>
          <w:b w:val="0"/>
          <w:i w:val="0"/>
          <w:color w:val="21759B"/>
          <w:sz w:val="21"/>
        </w:rPr>
        <w:t>[Employee full name]</w:t>
      </w:r>
      <w:r>
        <w:rPr>
          <w:rFonts w:ascii="Open Sans" w:hAnsi="Open Sans"/>
          <w:b w:val="0"/>
          <w:i w:val="0"/>
          <w:sz w:val="21"/>
        </w:rPr>
        <w:t xml:space="preserve"> was employed as </w:t>
      </w:r>
      <w:r>
        <w:rPr>
          <w:rFonts w:ascii="Open Sans" w:hAnsi="Open Sans"/>
          <w:b w:val="0"/>
          <w:i w:val="0"/>
          <w:color w:val="21759B"/>
          <w:sz w:val="21"/>
        </w:rPr>
        <w:t>[job title]</w:t>
      </w:r>
      <w:r>
        <w:rPr>
          <w:rFonts w:ascii="Open Sans" w:hAnsi="Open Sans"/>
          <w:b w:val="0"/>
          <w:i w:val="0"/>
          <w:sz w:val="21"/>
        </w:rPr>
        <w:t xml:space="preserve"> and reported to me in my capacity as </w:t>
      </w:r>
      <w:r>
        <w:rPr>
          <w:rFonts w:ascii="Open Sans" w:hAnsi="Open Sans"/>
          <w:b w:val="0"/>
          <w:i w:val="0"/>
          <w:color w:val="21759B"/>
          <w:sz w:val="21"/>
        </w:rPr>
        <w:t>[your job title]</w:t>
      </w:r>
      <w:r>
        <w:rPr>
          <w:rFonts w:ascii="Open Sans" w:hAnsi="Open Sans"/>
          <w:b w:val="0"/>
          <w:i w:val="0"/>
          <w:sz w:val="21"/>
        </w:rPr>
        <w:t xml:space="preserve">. The work covered </w:t>
      </w:r>
      <w:r>
        <w:rPr>
          <w:rFonts w:ascii="Open Sans" w:hAnsi="Open Sans"/>
          <w:b w:val="0"/>
          <w:i w:val="0"/>
          <w:color w:val="21759B"/>
          <w:sz w:val="21"/>
        </w:rPr>
        <w:t>[describe the main duties in two or three lines]</w:t>
      </w:r>
      <w:r>
        <w:rPr>
          <w:rFonts w:ascii="Open Sans" w:hAnsi="Open Sans"/>
          <w:b w:val="0"/>
          <w:i w:val="0"/>
          <w:sz w:val="21"/>
        </w:rPr>
        <w: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For example: preparing and serving customer orders, handling cash and doing the daily cash up, weekly stock counts and ordering, and opening and closing the shop.</w:t>
      </w:r>
    </w:p>
    <w:p>
      <w:pPr>
        <w:pStyle w:val="Heading3"/>
      </w:pPr>
      <w:r>
        <w:t>How they worked</w:t>
      </w:r>
    </w:p>
    <w:p>
      <w:pPr>
        <w:spacing w:after="120" w:before="0"/>
      </w:pPr>
      <w:r>
        <w:rPr>
          <w:rFonts w:ascii="Open Sans" w:hAnsi="Open Sans"/>
          <w:b w:val="0"/>
          <w:i w:val="0"/>
          <w:color w:val="21759B"/>
          <w:sz w:val="21"/>
        </w:rPr>
        <w:t>[Two or three sentences about how the person worked, with examples]</w:t>
      </w:r>
    </w:p>
    <w:p>
      <w:pPr>
        <w:spacing w:after="120" w:before="0"/>
      </w:pPr>
      <w:r>
        <w:rPr>
          <w:rFonts w:ascii="Open Sans" w:hAnsi="Open Sans"/>
          <w:b w:val="0"/>
          <w:i w:val="0"/>
          <w:color w:val="21759B"/>
          <w:sz w:val="21"/>
        </w:rPr>
        <w:t>[One sentence about something the person was still working on, if you want to include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Use examples instead of adjectives, and write only what you could prove. For example: she ran the Saturday shift on her own for the last eighteen months, which is our busiest trading day; she trained two new assistants; in three years her till was never short. If you mention something the person is still working on, keep it specific and fair, for example: he was still building confidence with the accounting software when he left, and he asked for the training himself.</w:t>
      </w:r>
    </w:p>
    <w:p>
      <w:pPr>
        <w:pStyle w:val="Heading3"/>
      </w:pPr>
      <w:r>
        <w:t>Conduct and attendance</w:t>
      </w:r>
    </w:p>
    <w:p>
      <w:pPr>
        <w:spacing w:after="120" w:before="0"/>
      </w:pPr>
      <w:r>
        <w:rPr>
          <w:rFonts w:ascii="Open Sans" w:hAnsi="Open Sans"/>
          <w:b w:val="0"/>
          <w:i w:val="0"/>
          <w:color w:val="21759B"/>
          <w:sz w:val="21"/>
        </w:rPr>
        <w:t>[Employee first name]</w:t>
      </w:r>
      <w:r>
        <w:rPr>
          <w:rFonts w:ascii="Open Sans" w:hAnsi="Open Sans"/>
          <w:b w:val="0"/>
          <w:i w:val="0"/>
          <w:sz w:val="21"/>
        </w:rPr>
        <w:t xml:space="preserve"> had </w:t>
      </w:r>
      <w:r>
        <w:rPr>
          <w:rFonts w:ascii="Open Sans" w:hAnsi="Open Sans"/>
          <w:b w:val="0"/>
          <w:i w:val="0"/>
          <w:color w:val="21759B"/>
          <w:sz w:val="21"/>
        </w:rPr>
        <w:t>[no / number]</w:t>
      </w:r>
      <w:r>
        <w:rPr>
          <w:rFonts w:ascii="Open Sans" w:hAnsi="Open Sans"/>
          <w:b w:val="0"/>
          <w:i w:val="0"/>
          <w:sz w:val="21"/>
        </w:rPr>
        <w:t xml:space="preserve"> periods of unauthorised absence and </w:t>
      </w:r>
      <w:r>
        <w:rPr>
          <w:rFonts w:ascii="Open Sans" w:hAnsi="Open Sans"/>
          <w:b w:val="0"/>
          <w:i w:val="0"/>
          <w:color w:val="21759B"/>
          <w:sz w:val="21"/>
        </w:rPr>
        <w:t>[was / was not]</w:t>
      </w:r>
      <w:r>
        <w:rPr>
          <w:rFonts w:ascii="Open Sans" w:hAnsi="Open Sans"/>
          <w:b w:val="0"/>
          <w:i w:val="0"/>
          <w:sz w:val="21"/>
        </w:rPr>
        <w:t xml:space="preserve"> the subject of any disciplinary action during the employment.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Delete this heading entirely if you would rather not deal with it. If you keep it, it must be accurate, because it is checkable against your own records.</w:t>
      </w:r>
    </w:p>
    <w:p>
      <w:pPr>
        <w:pStyle w:val="Heading3"/>
      </w:pPr>
      <w:r>
        <w:t>Why the employment ended</w:t>
      </w:r>
    </w:p>
    <w:p>
      <w:pPr>
        <w:spacing w:after="120" w:before="0"/>
      </w:pPr>
      <w:r>
        <w:rPr>
          <w:rFonts w:ascii="Open Sans" w:hAnsi="Open Sans"/>
          <w:b w:val="0"/>
          <w:i w:val="0"/>
          <w:sz w:val="21"/>
        </w:rPr>
        <w:t xml:space="preserve">[Choose one and delete the rest: </w:t>
      </w:r>
      <w:r>
        <w:rPr>
          <w:rFonts w:ascii="Open Sans" w:hAnsi="Open Sans"/>
          <w:b w:val="0"/>
          <w:i w:val="0"/>
          <w:color w:val="21759B"/>
          <w:sz w:val="21"/>
        </w:rPr>
        <w:t>[Employee first name]</w:t>
      </w:r>
      <w:r>
        <w:rPr>
          <w:rFonts w:ascii="Open Sans" w:hAnsi="Open Sans"/>
          <w:b w:val="0"/>
          <w:i w:val="0"/>
          <w:sz w:val="21"/>
        </w:rPr>
        <w:t xml:space="preserve"> resigned on </w:t>
      </w:r>
      <w:r>
        <w:rPr>
          <w:rFonts w:ascii="Open Sans" w:hAnsi="Open Sans"/>
          <w:b w:val="0"/>
          <w:i w:val="0"/>
          <w:color w:val="21759B"/>
          <w:sz w:val="21"/>
        </w:rPr>
        <w:t>[DD Month YYYY]</w:t>
      </w:r>
      <w:r>
        <w:rPr>
          <w:rFonts w:ascii="Open Sans" w:hAnsi="Open Sans"/>
          <w:b w:val="0"/>
          <w:i w:val="0"/>
          <w:sz w:val="21"/>
        </w:rPr>
        <w:t xml:space="preserve"> to </w:t>
      </w:r>
      <w:r>
        <w:rPr>
          <w:rFonts w:ascii="Open Sans" w:hAnsi="Open Sans"/>
          <w:b w:val="0"/>
          <w:i w:val="0"/>
          <w:color w:val="21759B"/>
          <w:sz w:val="21"/>
        </w:rPr>
        <w:t>[take up a position closer to home / study further / relocate to Durban]</w:t>
      </w:r>
      <w:r>
        <w:rPr>
          <w:rFonts w:ascii="Open Sans" w:hAnsi="Open Sans"/>
          <w:b w:val="0"/>
          <w:i w:val="0"/>
          <w:sz w:val="21"/>
        </w:rPr>
        <w:t xml:space="preserve">. The position was made redundant after a retrenchment process under section 189 of the Labour Relations Act. The fixed term contract came to an end on its agreed date of </w:t>
      </w:r>
      <w:r>
        <w:rPr>
          <w:rFonts w:ascii="Open Sans" w:hAnsi="Open Sans"/>
          <w:b w:val="0"/>
          <w:i w:val="0"/>
          <w:color w:val="21759B"/>
          <w:sz w:val="21"/>
        </w:rPr>
        <w:t>[DD Month YYYY]</w:t>
      </w:r>
      <w:r>
        <w:rPr>
          <w:rFonts w:ascii="Open Sans" w:hAnsi="Open Sans"/>
          <w:b w:val="0"/>
          <w:i w:val="0"/>
          <w:sz w:val="21"/>
        </w:rPr>
        <w:t xml:space="preserve"> and the project was completed.]</w:t>
      </w:r>
    </w:p>
    <w:p>
      <w:pPr>
        <w:pStyle w:val="Heading3"/>
      </w:pPr>
      <w:r>
        <w:t>Recommendation</w:t>
      </w:r>
    </w:p>
    <w:p>
      <w:pPr>
        <w:spacing w:after="120" w:before="0"/>
      </w:pPr>
      <w:r>
        <w:rPr>
          <w:rFonts w:ascii="Open Sans" w:hAnsi="Open Sans"/>
          <w:b w:val="0"/>
          <w:i w:val="0"/>
          <w:sz w:val="21"/>
        </w:rPr>
        <w:t xml:space="preserve">I would employ </w:t>
      </w:r>
      <w:r>
        <w:rPr>
          <w:rFonts w:ascii="Open Sans" w:hAnsi="Open Sans"/>
          <w:b w:val="0"/>
          <w:i w:val="0"/>
          <w:color w:val="21759B"/>
          <w:sz w:val="21"/>
        </w:rPr>
        <w:t>[Employee first name]</w:t>
      </w:r>
      <w:r>
        <w:rPr>
          <w:rFonts w:ascii="Open Sans" w:hAnsi="Open Sans"/>
          <w:b w:val="0"/>
          <w:i w:val="0"/>
          <w:sz w:val="21"/>
        </w:rPr>
        <w:t xml:space="preserve"> again, and I recommend </w:t>
      </w:r>
      <w:r>
        <w:rPr>
          <w:rFonts w:ascii="Open Sans" w:hAnsi="Open Sans"/>
          <w:b w:val="0"/>
          <w:i w:val="0"/>
          <w:color w:val="21759B"/>
          <w:sz w:val="21"/>
        </w:rPr>
        <w:t>[him / her / them]</w:t>
      </w:r>
      <w:r>
        <w:rPr>
          <w:rFonts w:ascii="Open Sans" w:hAnsi="Open Sans"/>
          <w:b w:val="0"/>
          <w:i w:val="0"/>
          <w:sz w:val="21"/>
        </w:rPr>
        <w:t xml:space="preserve"> for the position applied for.</w:t>
      </w:r>
    </w:p>
    <w:p>
      <w:pPr>
        <w:spacing w:after="120" w:before="120"/>
      </w:pPr>
      <w:r>
        <w:rPr>
          <w:rFonts w:ascii="Open Sans" w:hAnsi="Open Sans"/>
          <w:b w:val="0"/>
          <w:i w:val="0"/>
          <w:sz w:val="21"/>
        </w:rPr>
        <w:t xml:space="preserve">Please phone me on </w:t>
      </w:r>
      <w:r>
        <w:rPr>
          <w:rFonts w:ascii="Open Sans" w:hAnsi="Open Sans"/>
          <w:b w:val="0"/>
          <w:i w:val="0"/>
          <w:color w:val="21759B"/>
          <w:sz w:val="21"/>
        </w:rPr>
        <w:t>[+27 XX XXX XXXX]</w:t>
      </w:r>
      <w:r>
        <w:rPr>
          <w:rFonts w:ascii="Open Sans" w:hAnsi="Open Sans"/>
          <w:b w:val="0"/>
          <w:i w:val="0"/>
          <w:sz w:val="21"/>
        </w:rPr>
        <w:t xml:space="preserve"> or email me at </w:t>
      </w:r>
      <w:r>
        <w:rPr>
          <w:rFonts w:ascii="Open Sans" w:hAnsi="Open Sans"/>
          <w:b w:val="0"/>
          <w:i w:val="0"/>
          <w:color w:val="21759B"/>
          <w:sz w:val="21"/>
        </w:rPr>
        <w:t>[email@yourbusiness.co.za]</w:t>
      </w:r>
      <w:r>
        <w:rPr>
          <w:rFonts w:ascii="Open Sans" w:hAnsi="Open Sans"/>
          <w:b w:val="0"/>
          <w:i w:val="0"/>
          <w:sz w:val="21"/>
        </w:rPr>
        <w:t xml:space="preserve"> if you would like to verify anything in this letter.</w:t>
      </w:r>
    </w:p>
    <w:p>
      <w:pPr>
        <w:spacing w:after="520" w:before="280"/>
      </w:pPr>
      <w:r>
        <w:rPr>
          <w:rFonts w:ascii="Open Sans" w:hAnsi="Open Sans"/>
          <w:b w:val="0"/>
          <w:i w:val="0"/>
          <w:sz w:val="21"/>
        </w:rPr>
        <w:t>Yours faithfully</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Designation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[Owner / Director / Manager]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COMPANY NAME]</w:t>
            </w:r>
            <w:r>
              <w:rPr>
                <w:rFonts w:ascii="Open Sans" w:hAnsi="Open Sans"/>
                <w:b w:val="0"/>
                <w:i w:val="0"/>
                <w:sz w:val="21"/>
              </w:rPr>
              <w:t xml:space="preserve">, Reg No </w:t>
            </w:r>
            <w:r>
              <w:rPr>
                <w:rFonts w:ascii="Open Sans" w:hAnsi="Open Sans"/>
                <w:b w:val="0"/>
                <w:i w:val="0"/>
                <w:color w:val="21759B"/>
                <w:sz w:val="21"/>
              </w:rPr>
              <w:t>[XXXX/XXXXXX/XX]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Contact</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[+27 XX XXX XXXX]</w:t>
            </w:r>
            <w:r>
              <w:rPr>
                <w:rFonts w:ascii="Open Sans" w:hAnsi="Open Sans"/>
                <w:b w:val="0"/>
                <w:i w:val="0"/>
                <w:sz w:val="21"/>
              </w:rPr>
              <w:t xml:space="preserve"> | </w:t>
            </w:r>
            <w:r>
              <w:rPr>
                <w:rFonts w:ascii="Open Sans" w:hAnsi="Open Sans"/>
                <w:b w:val="0"/>
                <w:i w:val="0"/>
                <w:color w:val="21759B"/>
                <w:sz w:val="21"/>
              </w:rPr>
              <w:t>[email@yourbusiness.co.za]</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Do not sign a reference that says the employee resigned when in fact you dismissed them, even as a favour. It is a false statement in a document that a third party will rely on, it contradicts your own UI-19 and termination letter, and it will surface the moment there is a dispute.</w:t>
      </w:r>
    </w:p>
    <w:p>
      <w:r>
        <w:br w:type="page"/>
      </w:r>
    </w:p>
    <w:p>
      <w:pPr>
        <w:pStyle w:val="Heading1"/>
      </w:pPr>
      <w:r>
        <w:t>Version 2: neutral confirmation of employment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Use this where you do not want to comment on performance or on why the employment ended: a dispute is running, the parting was difficult, you never supervised the person yourself, or you have simply decided that this is what your business gives everybody. It is a complete and perfectly respectable answer, and it is the version most large employers use.</w:t>
      </w:r>
    </w:p>
    <w:p>
      <w:pPr>
        <w:spacing w:after="240" w:before="0"/>
      </w:pPr>
      <w:r>
        <w:rPr>
          <w:rFonts w:ascii="Open Sans" w:hAnsi="Open Sans"/>
          <w:b w:val="0"/>
          <w:i w:val="0"/>
          <w:color w:val="21759B"/>
          <w:sz w:val="21"/>
        </w:rPr>
        <w:t>[DD Month YYYY]</w:t>
      </w:r>
    </w:p>
    <w:p>
      <w:pPr>
        <w:spacing w:after="240" w:before="0"/>
      </w:pPr>
      <w:r>
        <w:rPr>
          <w:rFonts w:ascii="Open Sans" w:hAnsi="Open Sans"/>
          <w:b/>
          <w:i w:val="0"/>
          <w:sz w:val="21"/>
        </w:rPr>
        <w:t>TO WHOM IT MAY CONCERN</w:t>
      </w:r>
    </w:p>
    <w:p>
      <w:pPr>
        <w:spacing w:after="240" w:before="0"/>
      </w:pPr>
      <w:r>
        <w:rPr>
          <w:rFonts w:ascii="Open Sans" w:hAnsi="Open Sans"/>
          <w:b/>
          <w:i w:val="0"/>
          <w:sz w:val="21"/>
        </w:rPr>
        <w:t xml:space="preserve">CONFIRMATION OF EMPLOYMENT: </w:t>
      </w:r>
      <w:r>
        <w:rPr>
          <w:rFonts w:ascii="Open Sans" w:hAnsi="Open Sans"/>
          <w:b/>
          <w:i w:val="0"/>
          <w:color w:val="21759B"/>
          <w:sz w:val="21"/>
        </w:rPr>
        <w:t>[FULL NAME OF THE EMPLOYEE]</w:t>
      </w:r>
    </w:p>
    <w:p>
      <w:pPr>
        <w:spacing w:after="120" w:before="0"/>
      </w:pPr>
      <w:r>
        <w:rPr>
          <w:rFonts w:ascii="Open Sans" w:hAnsi="Open Sans"/>
          <w:b w:val="0"/>
          <w:i w:val="0"/>
          <w:sz w:val="21"/>
        </w:rPr>
        <w:t xml:space="preserve">This letter confirms the following facts, taken from the employment records of </w:t>
      </w:r>
      <w:r>
        <w:rPr>
          <w:rFonts w:ascii="Open Sans" w:hAnsi="Open Sans"/>
          <w:b w:val="0"/>
          <w:i w:val="0"/>
          <w:color w:val="21759B"/>
          <w:sz w:val="21"/>
        </w:rPr>
        <w:t>[YOUR COMPANY NAME]</w:t>
      </w:r>
      <w:r>
        <w:rPr>
          <w:rFonts w:ascii="Open Sans" w:hAnsi="Open Sans"/>
          <w:b w:val="0"/>
          <w:i w:val="0"/>
          <w:sz w:val="21"/>
        </w:rPr>
        <w:t>.</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as it appears on the identity document]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Identity or passport number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[YYMMDD XXXX XX X]</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Position held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 at the date the employment ended]</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Employment started</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Employment ended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Basis of employment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[Permanent / Fixed term / Part time]</w:t>
            </w:r>
            <w:r>
              <w:rPr>
                <w:rFonts w:ascii="Open Sans" w:hAnsi="Open Sans"/>
                <w:b w:val="0"/>
                <w:i w:val="0"/>
                <w:sz w:val="21"/>
              </w:rPr>
              <w:t xml:space="preserve">, working </w:t>
            </w:r>
            <w:r>
              <w:rPr>
                <w:rFonts w:ascii="Open Sans" w:hAnsi="Open Sans"/>
                <w:b w:val="0"/>
                <w:i w:val="0"/>
                <w:color w:val="21759B"/>
                <w:sz w:val="21"/>
              </w:rPr>
              <w:t>[number]</w:t>
            </w:r>
            <w:r>
              <w:rPr>
                <w:rFonts w:ascii="Open Sans" w:hAnsi="Open Sans"/>
                <w:b w:val="0"/>
                <w:i w:val="0"/>
                <w:sz w:val="21"/>
              </w:rPr>
              <w:t xml:space="preserve"> hours a week</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Remuneration at the date the employment ended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per </w:t>
            </w:r>
            <w:r>
              <w:rPr>
                <w:rFonts w:ascii="Open Sans" w:hAnsi="Open Sans"/>
                <w:b w:val="0"/>
                <w:i w:val="0"/>
                <w:color w:val="21759B"/>
                <w:sz w:val="21"/>
              </w:rPr>
              <w:t>[month / week / hour]</w:t>
            </w:r>
            <w:r>
              <w:rPr>
                <w:rFonts w:ascii="Open Sans" w:hAnsi="Open Sans"/>
                <w:b w:val="0"/>
                <w:i w:val="0"/>
                <w:sz w:val="21"/>
              </w:rPr>
              <w:t>, gross</w:t>
            </w:r>
          </w:p>
        </w:tc>
      </w:tr>
    </w:tbl>
    <w:p>
      <w:pPr>
        <w:spacing w:after="120" w:before="160"/>
      </w:pPr>
      <w:r>
        <w:rPr>
          <w:rFonts w:ascii="Open Sans" w:hAnsi="Open Sans"/>
          <w:b w:val="0"/>
          <w:i w:val="0"/>
          <w:sz w:val="21"/>
        </w:rPr>
        <w:t xml:space="preserve">It is the policy of this business to confirm the facts of employment only. We do not comment on performance, on conduct, or on the reason employment ended. Nothing in this letter should be read as either a positive or a negative comment about </w:t>
      </w:r>
      <w:r>
        <w:rPr>
          <w:rFonts w:ascii="Open Sans" w:hAnsi="Open Sans"/>
          <w:b w:val="0"/>
          <w:i w:val="0"/>
          <w:color w:val="21759B"/>
          <w:sz w:val="21"/>
        </w:rPr>
        <w:t>[Employee first name]</w:t>
      </w:r>
      <w:r>
        <w:rPr>
          <w:rFonts w:ascii="Open Sans" w:hAnsi="Open Sans"/>
          <w:b w:val="0"/>
          <w:i w:val="0"/>
          <w:sz w:val="21"/>
        </w:rPr>
        <w:t>, and the same letter is given to every person who leaves.</w:t>
      </w:r>
    </w:p>
    <w:p>
      <w:pPr>
        <w:spacing w:after="120" w:before="0"/>
      </w:pPr>
      <w:r>
        <w:rPr>
          <w:rFonts w:ascii="Open Sans" w:hAnsi="Open Sans"/>
          <w:b w:val="0"/>
          <w:i w:val="0"/>
          <w:sz w:val="21"/>
        </w:rPr>
        <w:t xml:space="preserve">Please phone </w:t>
      </w:r>
      <w:r>
        <w:rPr>
          <w:rFonts w:ascii="Open Sans" w:hAnsi="Open Sans"/>
          <w:b w:val="0"/>
          <w:i w:val="0"/>
          <w:color w:val="21759B"/>
          <w:sz w:val="21"/>
        </w:rPr>
        <w:t>[name]</w:t>
      </w:r>
      <w:r>
        <w:rPr>
          <w:rFonts w:ascii="Open Sans" w:hAnsi="Open Sans"/>
          <w:b w:val="0"/>
          <w:i w:val="0"/>
          <w:sz w:val="21"/>
        </w:rPr>
        <w:t xml:space="preserve"> on </w:t>
      </w:r>
      <w:r>
        <w:rPr>
          <w:rFonts w:ascii="Open Sans" w:hAnsi="Open Sans"/>
          <w:b w:val="0"/>
          <w:i w:val="0"/>
          <w:color w:val="21759B"/>
          <w:sz w:val="21"/>
        </w:rPr>
        <w:t>[+27 XX XXX XXXX]</w:t>
      </w:r>
      <w:r>
        <w:rPr>
          <w:rFonts w:ascii="Open Sans" w:hAnsi="Open Sans"/>
          <w:b w:val="0"/>
          <w:i w:val="0"/>
          <w:sz w:val="21"/>
        </w:rPr>
        <w:t xml:space="preserve"> if you would like to verify that this letter came from us.</w:t>
      </w:r>
    </w:p>
    <w:p>
      <w:pPr>
        <w:spacing w:after="520" w:before="280"/>
      </w:pPr>
      <w:r>
        <w:rPr>
          <w:rFonts w:ascii="Open Sans" w:hAnsi="Open Sans"/>
          <w:b w:val="0"/>
          <w:i w:val="0"/>
          <w:sz w:val="21"/>
        </w:rPr>
        <w:t>Yours faithfully</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Designation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[Owner / Director / Manager]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are asked the one question everybody asks, which is "would you re-employ this person?", you are entitled to say that your policy is not to answer it. Refusing to answer is not defamatory. Answering it dishonestly is the problem.</w:t>
      </w:r>
    </w:p>
    <w:p>
      <w:r>
        <w:br w:type="page"/>
      </w:r>
    </w:p>
    <w:p>
      <w:pPr>
        <w:pStyle w:val="Heading1"/>
      </w:pPr>
      <w:r>
        <w:t>Version 3: certificate of service</w:t>
      </w:r>
    </w:p>
    <w:p>
      <w:pPr>
        <w:spacing w:after="120" w:before="0"/>
      </w:pPr>
      <w:r>
        <w:rPr>
          <w:rFonts w:ascii="Open Sans" w:hAnsi="Open Sans"/>
          <w:b w:val="0"/>
          <w:i w:val="0"/>
          <w:sz w:val="21"/>
        </w:rPr>
        <w:t>Section 42 of the Basic Conditions of Employment Act 75 of 1997 says that on termination of employment an employee is entitled to a certificate of service. This is a right, not a courtesy. It applies whether the employee resigned, was retrenched, reached retirement age, was dismissed for poor performance or was dismissed for gross misconduct. Fill it in, sign it, and hand it over on the last day with the IRP5 and the completed UI-19.</w:t>
      </w:r>
    </w:p>
    <w:p>
      <w:pPr>
        <w:spacing w:after="120" w:before="0"/>
      </w:pPr>
      <w:r>
        <w:rPr>
          <w:rFonts w:ascii="Open Sans" w:hAnsi="Open Sans"/>
          <w:b w:val="0"/>
          <w:i w:val="0"/>
          <w:sz w:val="21"/>
        </w:rPr>
        <w:t>The certificate must contain the items listed below and nothing more. Section 42 sets out exactly what goes in it, and the reason for termination goes in only if the employee asks for it.</w:t>
      </w:r>
    </w:p>
    <w:p>
      <w:pPr>
        <w:pStyle w:val="Heading2"/>
      </w:pPr>
      <w:r>
        <w:t>Certificate of service</w:t>
      </w:r>
    </w:p>
    <w:p>
      <w:pPr>
        <w:spacing w:after="200" w:before="0"/>
      </w:pPr>
      <w:r>
        <w:rPr>
          <w:rFonts w:ascii="Open Sans" w:hAnsi="Open Sans"/>
          <w:b w:val="0"/>
          <w:i/>
          <w:sz w:val="21"/>
        </w:rPr>
        <w:t>Issued in terms of section 42 of the Basic Conditions of Employment Act 75 of 1997.</w:t>
      </w:r>
    </w:p>
    <w:tbl>
      <w:tblPr>
        <w:tblW w:type="dxa" w:w="9025"/>
        <w:jc w:val="center"/>
        <w:tblLayout w:type="fixed"/>
        <w:tblLook w:firstColumn="1" w:firstRow="1" w:lastColumn="0" w:lastRow="0" w:noHBand="0" w:noVBand="1" w:val="04A0"/>
      </w:tblPr>
      <w:tblGrid>
        <w:gridCol w:w="3249"/>
        <w:gridCol w:w="5776"/>
      </w:tblGrid>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 of the employee</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as it appears on the identity document]</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Identity or passport number</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[YYMMDD XXXX XX X]</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Name of the employer</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 OF THE BUSINESS]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Address of the employer</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Bargaining council or sectoral determination covering this business</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of the council or determination that applies, or write None]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employment commenced</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employment terminated</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 at the date of termination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Brief description of the work</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[Two or three lines describing what the employee actually did]</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Remuneration at the date of termination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per </w:t>
            </w:r>
            <w:r>
              <w:rPr>
                <w:rFonts w:ascii="Open Sans" w:hAnsi="Open Sans"/>
                <w:b w:val="0"/>
                <w:i w:val="0"/>
                <w:color w:val="21759B"/>
                <w:sz w:val="21"/>
              </w:rPr>
              <w:t>[month / week / hour]</w:t>
            </w:r>
            <w:r>
              <w:rPr>
                <w:rFonts w:ascii="Open Sans" w:hAnsi="Open Sans"/>
                <w:b w:val="0"/>
                <w:i w:val="0"/>
                <w:sz w:val="21"/>
              </w:rPr>
              <w:t>, gross</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 for termination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[Complete this line only if the employee has asked for it. If they have not asked, write Not requested by the employee.]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reason for termination is the only optional item, and it is optional in one direction only: you leave it out unless the employee asks for it, and you put it in if they do. If you do state it, state it accurately and in the same words you used in the termination letter.</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Do not add anything else to this certificate. No comment on performance, no warning to future employers, no note that the employee still owes you money. A certificate of service with extra remarks in it is a reference you did not mean to write, and it is the version that ends up in front of a commissioner.</w:t>
      </w:r>
    </w:p>
    <w:p>
      <w:pPr>
        <w:pStyle w:val="Heading2"/>
      </w:pPr>
      <w:r>
        <w:t>Signatures</w:t>
      </w:r>
    </w:p>
    <w:p>
      <w:pPr>
        <w:spacing w:before="200" w:after="0"/>
      </w:pPr>
      <w:r>
        <w:rPr>
          <w:rFonts w:ascii="Montserrat" w:hAnsi="Montserrat"/>
          <w:b/>
          <w:color w:val="191C4A"/>
          <w:sz w:val="18"/>
        </w:rPr>
        <w:t>SIGNED BY THE EMPLOYER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120" w:before="200"/>
      </w:pPr>
      <w:r>
        <w:rPr>
          <w:rFonts w:ascii="Open Sans" w:hAnsi="Open Sans"/>
          <w:b w:val="0"/>
          <w:i w:val="0"/>
          <w:sz w:val="21"/>
        </w:rPr>
        <w:t xml:space="preserve">Received by the employee on </w:t>
      </w:r>
      <w:r>
        <w:rPr>
          <w:rFonts w:ascii="Open Sans" w:hAnsi="Open Sans"/>
          <w:b w:val="0"/>
          <w:i w:val="0"/>
          <w:color w:val="21759B"/>
          <w:sz w:val="21"/>
        </w:rPr>
        <w:t>[DD Month YYYY]</w:t>
      </w:r>
      <w:r>
        <w:rPr>
          <w:rFonts w:ascii="Open Sans" w:hAnsi="Open Sans"/>
          <w:b w:val="0"/>
          <w:i w:val="0"/>
          <w:sz w:val="21"/>
        </w:rPr>
        <w:t xml:space="preserve">: </w:t>
      </w:r>
      <w:r>
        <w:rPr>
          <w:rFonts w:ascii="Open Sans" w:hAnsi="Open Sans"/>
          <w:b w:val="0"/>
          <w:i w:val="0"/>
          <w:color w:val="21759B"/>
          <w:sz w:val="21"/>
        </w:rPr>
        <w:t>[signature of the employee]</w:t>
      </w:r>
    </w:p>
    <w:p>
      <w:r>
        <w:br w:type="page"/>
      </w:r>
    </w:p>
    <w:p>
      <w:pPr>
        <w:pStyle w:val="Heading1"/>
      </w:pPr>
      <w:r>
        <w:t>Keep a record of every reference you give</w:t>
      </w:r>
    </w:p>
    <w:p>
      <w:pPr>
        <w:spacing w:after="120" w:before="0"/>
      </w:pPr>
      <w:r>
        <w:rPr>
          <w:rFonts w:ascii="Open Sans" w:hAnsi="Open Sans"/>
          <w:b w:val="0"/>
          <w:i w:val="0"/>
          <w:sz w:val="21"/>
        </w:rPr>
        <w:t>Fill in one line every time you write a letter or answer a call. It takes twenty seconds and it is the only thing that will help you in two years' time when somebody says you told a caller something you never said.</w:t>
      </w:r>
    </w:p>
    <w:tbl>
      <w:tblPr>
        <w:tblW w:type="dxa" w:w="9025"/>
        <w:jc w:val="center"/>
        <w:tblLayout w:type="fixed"/>
        <w:tblLook w:firstColumn="1" w:firstRow="1" w:lastColumn="0" w:lastRow="0" w:noHBand="0" w:noVBand="1" w:val="04A0"/>
      </w:tblPr>
      <w:tblGrid>
        <w:gridCol w:w="1083"/>
        <w:gridCol w:w="1624"/>
        <w:gridCol w:w="1805"/>
        <w:gridCol w:w="1353"/>
        <w:gridCol w:w="1173"/>
        <w:gridCol w:w="1985"/>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FORMER EMPLOYEE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ASKED</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WHICH VERSION</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GIVEN BY</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FILE NOTE</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 YYYY]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[Company and caller 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 Neutral / Certificate]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was said, in one line]</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pStyle w:val="Heading2"/>
      </w:pPr>
      <w:r>
        <w:t>Consent to give a reference and to verify</w:t>
      </w:r>
    </w:p>
    <w:p>
      <w:pPr>
        <w:spacing w:after="120" w:before="0"/>
      </w:pPr>
      <w:r>
        <w:rPr>
          <w:rFonts w:ascii="Open Sans" w:hAnsi="Open Sans"/>
          <w:b w:val="0"/>
          <w:i w:val="0"/>
          <w:sz w:val="21"/>
        </w:rPr>
        <w:t>A short consent from the employee removes most of the risk, especially where a caller wants to know about health, absence or a disciplinary record. Ask the employee to sign this on their last day, or later when they ask you for a reference.</w:t>
      </w:r>
    </w:p>
    <w:p>
      <w:pPr>
        <w:spacing w:after="120" w:before="0"/>
        <w:jc w:val="both"/>
      </w:pPr>
      <w:r>
        <w:rPr>
          <w:rFonts w:ascii="Open Sans" w:hAnsi="Open Sans"/>
          <w:b w:val="0"/>
          <w:i w:val="0"/>
          <w:sz w:val="21"/>
        </w:rPr>
        <w:t xml:space="preserve">I, </w:t>
      </w:r>
      <w:r>
        <w:rPr>
          <w:rFonts w:ascii="Open Sans" w:hAnsi="Open Sans"/>
          <w:b w:val="0"/>
          <w:i w:val="0"/>
          <w:color w:val="21759B"/>
          <w:sz w:val="21"/>
        </w:rPr>
        <w:t>[Full name of the employee]</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ask </w:t>
      </w:r>
      <w:r>
        <w:rPr>
          <w:rFonts w:ascii="Open Sans" w:hAnsi="Open Sans"/>
          <w:b w:val="0"/>
          <w:i w:val="0"/>
          <w:color w:val="21759B"/>
          <w:sz w:val="21"/>
        </w:rPr>
        <w:t>[YOUR COMPANY NAME]</w:t>
      </w:r>
      <w:r>
        <w:rPr>
          <w:rFonts w:ascii="Open Sans" w:hAnsi="Open Sans"/>
          <w:b w:val="0"/>
          <w:i w:val="0"/>
          <w:sz w:val="21"/>
        </w:rPr>
        <w:t xml:space="preserve"> to provide a reference about my employment to prospective employers who request one, and I consent to the disclosure of the following information for that purpose: my job title, my dates of employment, my duties, my remuneration, my attendance record, and </w:t>
      </w:r>
      <w:r>
        <w:rPr>
          <w:rFonts w:ascii="Open Sans" w:hAnsi="Open Sans"/>
          <w:b w:val="0"/>
          <w:i w:val="0"/>
          <w:color w:val="21759B"/>
          <w:sz w:val="21"/>
        </w:rPr>
        <w:t>[my disciplinary record / an opinion on my performance]</w:t>
      </w:r>
      <w:r>
        <w:rPr>
          <w:rFonts w:ascii="Open Sans" w:hAnsi="Open Sans"/>
          <w:b w:val="0"/>
          <w:i w:val="0"/>
          <w:sz w:val="21"/>
        </w:rPr>
        <w:t xml:space="preserve">. I understand that the information given will be factual and that </w:t>
      </w:r>
      <w:r>
        <w:rPr>
          <w:rFonts w:ascii="Open Sans" w:hAnsi="Open Sans"/>
          <w:b w:val="0"/>
          <w:i w:val="0"/>
          <w:color w:val="21759B"/>
          <w:sz w:val="21"/>
        </w:rPr>
        <w:t>[YOUR COMPANY NAME]</w:t>
      </w:r>
      <w:r>
        <w:rPr>
          <w:rFonts w:ascii="Open Sans" w:hAnsi="Open Sans"/>
          <w:b w:val="0"/>
          <w:i w:val="0"/>
          <w:sz w:val="21"/>
        </w:rPr>
        <w:t xml:space="preserve"> may decline to comment on any matter. I may withdraw this consent in writing at any time, and the withdrawal will apply to references given after it is received.</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Health information, including anything about a disability, a pregnancy or HIV status, is special personal information under the Protection of Personal Information Act 4 of 2013. Do not disclose it to a caller even with a general consent like the one above. If it is genuinely relevant, get a separate written consent that names the information and the person it will go to.</w:t>
      </w:r>
    </w:p>
    <w:p>
      <w:pPr>
        <w:pStyle w:val="Heading2"/>
      </w:pPr>
      <w:r>
        <w:t>Signatures</w:t>
      </w:r>
    </w:p>
    <w:p>
      <w:pPr>
        <w:spacing w:before="200" w:after="0"/>
      </w:pPr>
      <w:r>
        <w:rPr>
          <w:rFonts w:ascii="Montserrat" w:hAnsi="Montserrat"/>
          <w:b/>
          <w:color w:val="191C4A"/>
          <w:sz w:val="18"/>
        </w:rPr>
        <w:t>SIGNED BY THE EMPLOYEE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