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LETTER OF DEMAND</w:t>
      </w:r>
    </w:p>
    <w:p>
      <w:pPr>
        <w:spacing w:before="0" w:after="160"/>
        <w:keepNext/>
      </w:pPr>
      <w:r>
        <w:rPr>
          <w:rFonts w:ascii="Open Sans" w:hAnsi="Open Sans"/>
          <w:color w:val="6B6870"/>
          <w:sz w:val="20"/>
        </w:rPr>
        <w:t>Template D6 | Six escalating letters, a guide to which one to send, and what to do when it is ignored | South African law</w:t>
      </w:r>
    </w:p>
    <w:p>
      <w:pPr>
        <w:spacing w:before="0" w:after="200"/>
        <w:pBdr>
          <w:bottom w:val="single" w:sz="12" w:space="1" w:color="D7B428"/>
        </w:pBdr>
      </w:pPr>
    </w:p>
    <w:p>
      <w:pPr>
        <w:pStyle w:val="Heading1"/>
      </w:pPr>
      <w:r>
        <w:t>Before you send anything</w:t>
      </w:r>
    </w:p>
    <w:p>
      <w:pPr>
        <w:spacing w:after="120" w:before="0"/>
        <w:jc w:val="both"/>
      </w:pPr>
      <w:r>
        <w:rPr>
          <w:rFonts w:ascii="Open Sans" w:hAnsi="Open Sans"/>
          <w:b w:val="0"/>
          <w:i w:val="0"/>
          <w:sz w:val="21"/>
        </w:rPr>
        <w:t>A letter of demand is a written notice telling somebody they owe you something, what exactly they owe, and what happens if they do not deal with it by a stated date. Most money is recovered at this stage, without a court, because a specific, calm, well documented letter is harder to ignore than another statement.</w:t>
      </w:r>
    </w:p>
    <w:p>
      <w:pPr>
        <w:spacing w:after="120" w:before="0"/>
        <w:jc w:val="both"/>
      </w:pPr>
      <w:r>
        <w:rPr>
          <w:rFonts w:ascii="Open Sans" w:hAnsi="Open Sans"/>
          <w:b w:val="0"/>
          <w:i w:val="0"/>
          <w:sz w:val="21"/>
        </w:rPr>
        <w:t>Answer these three questions before you write a word. Getting any of them wrong turns a good claim into a bad one.</w:t>
      </w:r>
    </w:p>
    <w:tbl>
      <w:tblPr>
        <w:tblW w:type="dxa" w:w="9025"/>
        <w:jc w:val="center"/>
        <w:tblLayout w:type="fixed"/>
        <w:tblLook w:firstColumn="1" w:firstRow="1" w:lastColumn="0" w:lastRow="0" w:noHBand="0" w:noVBand="1" w:val="04A0"/>
      </w:tblPr>
      <w:tblGrid>
        <w:gridCol w:w="1805"/>
        <w:gridCol w:w="3790"/>
        <w:gridCol w:w="3429"/>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QUESTION</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 IT MATTERS</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TO DO</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1. Is the debt actually due?</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cannot demand payment before the payment date you agreed. If your terms say 30 days from statement, the debt falls due at the end of that period, not on the invoice date. Demanding early gives the debtor an easy answer and weakens everything you send afterwards.</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Check the quotation, the order, the terms on the back of the invoice and any signed credit application. Work out the exact date the money became payable and put that date in the letter.</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2. Can you prove it?</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demand is only as good as the paperwork behind it. In court you have to prove the agreement, the delivery or the work, and the amount.</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Pull the quotation the customer accepted, the order or signed credit application, the invoices, the delivery notes or signed job cards, the statement, and every email or message where the customer acknowledged the debt or promised to pay. Attach the statement and the invoices to the letter.</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3. Has it prescribed?</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debt older than three years is usually extinguished. It stops being a debt. No letter, no summons and no court can bring it back.</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Work out the date the debt became due and count three years forward. If you are anywhere near that date, stop reading and speak to an attorney this week, not next month.</w:t>
            </w:r>
          </w:p>
        </w:tc>
      </w:tr>
    </w:tbl>
    <w:p>
      <w:pPr>
        <w:pStyle w:val="Heading2"/>
      </w:pPr>
      <w:r>
        <w:t>Prescription: three years, and what actually stops the clock</w:t>
      </w:r>
    </w:p>
    <w:p>
      <w:pPr>
        <w:spacing w:after="120" w:before="0"/>
        <w:jc w:val="both"/>
      </w:pPr>
      <w:r>
        <w:rPr>
          <w:rFonts w:ascii="Open Sans" w:hAnsi="Open Sans"/>
          <w:b w:val="0"/>
          <w:i w:val="0"/>
          <w:sz w:val="21"/>
        </w:rPr>
        <w:t>An ordinary trade debt, an unpaid invoice, a loan account and rental arrears all prescribe three years after the debt becomes due, under section 11(d) of the Prescription Act 68 of 1969. When the three years run out the debt is extinguished. You do not merely lose the right to sue: the debt itself is gone.</w:t>
      </w:r>
    </w:p>
    <w:p>
      <w:pPr>
        <w:spacing w:after="120" w:before="0"/>
        <w:jc w:val="both"/>
      </w:pPr>
      <w:r>
        <w:rPr>
          <w:rFonts w:ascii="Open Sans" w:hAnsi="Open Sans"/>
          <w:b w:val="0"/>
          <w:i w:val="0"/>
          <w:sz w:val="21"/>
        </w:rPr>
        <w:t>The clock starts when the debt becomes due, which under section 12(3) means when you know the identity of the debtor and the facts from which the debt arises, or could have found them out with reasonable care.</w:t>
      </w:r>
    </w:p>
    <w:tbl>
      <w:tblPr>
        <w:tblW w:type="dxa" w:w="9025"/>
        <w:jc w:val="center"/>
        <w:tblLayout w:type="fixed"/>
        <w:tblLook w:firstColumn="1" w:firstRow="1" w:lastColumn="0" w:lastRow="0" w:noHBand="0" w:noVBand="1" w:val="04A0"/>
      </w:tblPr>
      <w:tblGrid>
        <w:gridCol w:w="3249"/>
        <w:gridCol w:w="5776"/>
      </w:tblGrid>
      <w:tr>
        <w:trPr>
          <w:tblHeader w:val="true"/>
        </w:trPr>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DOES IT STOP THE CLOCK?</w:t>
            </w:r>
          </w:p>
        </w:tc>
        <w:tc>
          <w:tcPr>
            <w:tcW w:type="dxa" w:w="577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WHY</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An acknowledgement of liability by the debtor. YES.</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14. An express or tacit acknowledgement interrupts prescription and the full three years starts again from that date. An email saying "I know I owe you the R42 000, I will pay at the end of the month" is worth asking for, and worth keeping. A signed acknowledgement of debt is better.</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Service of a summons on the debtor. YES.</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15, provided you then prosecute the claim through to final judgment. Issuing a summons and leaving it in a drawer does not help you.</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A letter of demand. NO.</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15(1) requires service of process by which the creditor claims payment. A letter is not process. This is the most expensive misunderstanding in small business collections: a file of demand letters going back four years is a file of worthless paper.</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Another statement, or a phone call. NO.</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Neither is an acknowledgement by the debtor and neither is process. If a debtor admits the debt on the phone, send an email the same day confirming what was said and ask them to reply "agreed". The reply is the acknowledgement.</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A payment on account. Usually yes, as a tacit acknowledgement.</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part payment normally amounts to a tacit acknowledgement of liability for the balance, which restarts the clock. Record which invoice it was allocated to and keep the proof.</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Prescription is also delayed in the circumstances in section 13, for example where the debtor is a minor, is under curatorship, or is outside the Republic, and where a dispute is the subject of arbitration. In those cases prescription will not be completed before a year has passed after the impediment falls away. Do not rely on section 13 without advice.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practical rule for a small business: never let a trade debt reach two years without a decision. Either it is collectable and you act on it now, or it is not and you write it off. Carrying a dead debtor on the books overstates your assets and your profit.</w:t>
      </w:r>
    </w:p>
    <w:p>
      <w:r>
        <w:br w:type="page"/>
      </w:r>
    </w:p>
    <w:p>
      <w:pPr>
        <w:pStyle w:val="Heading1"/>
      </w:pPr>
      <w:r>
        <w:t>Which letter to send, and when</w:t>
      </w:r>
    </w:p>
    <w:p>
      <w:pPr>
        <w:spacing w:after="120" w:before="0"/>
        <w:jc w:val="both"/>
      </w:pPr>
      <w:r>
        <w:rPr>
          <w:rFonts w:ascii="Open Sans" w:hAnsi="Open Sans"/>
          <w:b w:val="0"/>
          <w:i w:val="0"/>
          <w:sz w:val="21"/>
        </w:rPr>
        <w:t>These six letters follow the collections ladder in the billing statement workbook, B3. Work down it. Do not jump to letter 2 because you are annoyed, and do not stay on letter 1 for four months because you are avoiding the conversation.</w:t>
      </w:r>
    </w:p>
    <w:tbl>
      <w:tblPr>
        <w:tblW w:type="dxa" w:w="9025"/>
        <w:jc w:val="center"/>
        <w:tblLayout w:type="fixed"/>
        <w:tblLook w:firstColumn="1" w:firstRow="1" w:lastColumn="0" w:lastRow="0" w:noHBand="0" w:noVBand="1" w:val="04A0"/>
      </w:tblPr>
      <w:tblGrid>
        <w:gridCol w:w="1624"/>
        <w:gridCol w:w="2707"/>
        <w:gridCol w:w="2346"/>
        <w:gridCol w:w="2346"/>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LETTER</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SEND IT WHEN</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TONE</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ASKS FOR</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1. First reminder</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About 7 days after the due date. The account is merely overdue and nothing has gone wrong in the relationship.</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Friendly. Assume an oversight, because it usually is one.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Payment within 7 days, or a phone call to tell you when.</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2. Formal letter of demand</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About 45 days after the due date, once a reminder and a phone call have not worked. This is step 4 of the B3 ladder.</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Formal, factual, not aggressive. This is the document a court will look for.</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Payment in full within a stated period, usually 7 to 14 days, failing which legal steps follow.</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3. Section 129 compliant demand</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Before you sue, where the account carries interest or a late payment fee, which makes it an incidental credit agreement under the National Credit Act. Step 5 of the B3 ladder.</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Formal and strictly compliant. The wording is prescribed in substance by the Act.</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Payment, or referral of the matter to a debt counsellor, an alternative dispute resolution agent, a consumer court or an ombud.</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4. Return of goods</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Where the problem is your property, not your money: goods on loan, on consignment, hired out, or delivered and not paid for where your terms reserve ownership.</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Firm and specific. Identify the goods precisely.</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Return of the goods by a stated date and time, or payment of their value.</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5. Remedy defective work</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Where you are the customer and the other side did the job badly, or supplied goods that do not work.</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Businesslike. Set out the defect, the standard and the deadline.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Repair, replacement or refund within a stated period.</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6. Reply to a disputed debt</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Where the customer answers your demand by saying the debt is wrong, disputed or already paid.</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Calm and evidence led. Do not argue. Produce documents.</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Payment of the undisputed part now, and a specific written answer on the disputed part.</w:t>
            </w:r>
          </w:p>
        </w:tc>
      </w:tr>
    </w:tbl>
    <w:p>
      <w:pPr>
        <w:pStyle w:val="Heading2"/>
      </w:pPr>
      <w:r>
        <w:t>What a letter of demand must contain</w:t>
      </w:r>
    </w:p>
    <w:p>
      <w:pPr>
        <w:spacing w:after="120" w:before="0"/>
        <w:jc w:val="both"/>
      </w:pPr>
      <w:r>
        <w:rPr>
          <w:rFonts w:ascii="Open Sans" w:hAnsi="Open Sans"/>
          <w:b w:val="0"/>
          <w:i w:val="0"/>
          <w:sz w:val="21"/>
        </w:rPr>
        <w:t>There is no prescribed national form for an ordinary letter of demand. There is a settled list of what makes one effective, and what a court will look for later. Use it as a checklist before you send.</w:t>
      </w:r>
    </w:p>
    <w:p>
      <w:pPr>
        <w:pStyle w:val="ListBullet"/>
        <w:spacing w:after="60"/>
        <w:ind w:left="340"/>
      </w:pPr>
      <w:r>
        <w:rPr>
          <w:rFonts w:ascii="Open Sans" w:hAnsi="Open Sans"/>
          <w:b w:val="0"/>
          <w:i w:val="0"/>
          <w:sz w:val="21"/>
        </w:rPr>
        <w:t>The debtor's full legal name, exactly as it appears on the agreement or the CIPC register, and the registration or identity number. "Sipho's Panelbeaters" is not a legal person. Find out whether you are dealing with a person, a (Pty) Ltd or a close corporation, because you can only sue the entity you contracted with.</w:t>
      </w:r>
    </w:p>
    <w:p>
      <w:pPr>
        <w:pStyle w:val="ListBullet"/>
        <w:spacing w:after="60"/>
        <w:ind w:left="340"/>
      </w:pPr>
      <w:r>
        <w:rPr>
          <w:rFonts w:ascii="Open Sans" w:hAnsi="Open Sans"/>
          <w:b w:val="0"/>
          <w:i w:val="0"/>
          <w:sz w:val="21"/>
        </w:rPr>
        <w:t>Your own full legal name and contact details, and the capacity in which you write.</w:t>
      </w:r>
    </w:p>
    <w:p>
      <w:pPr>
        <w:pStyle w:val="ListBullet"/>
        <w:spacing w:after="60"/>
        <w:ind w:left="340"/>
      </w:pPr>
      <w:r>
        <w:rPr>
          <w:rFonts w:ascii="Open Sans" w:hAnsi="Open Sans"/>
          <w:b w:val="0"/>
          <w:i w:val="0"/>
          <w:sz w:val="21"/>
        </w:rPr>
        <w:t>The date.</w:t>
      </w:r>
    </w:p>
    <w:p>
      <w:pPr>
        <w:pStyle w:val="ListBullet"/>
        <w:spacing w:after="60"/>
        <w:ind w:left="340"/>
      </w:pPr>
      <w:r>
        <w:rPr>
          <w:rFonts w:ascii="Open Sans" w:hAnsi="Open Sans"/>
          <w:b w:val="0"/>
          <w:i w:val="0"/>
          <w:sz w:val="21"/>
        </w:rPr>
        <w:t>What the debt is for, in one or two sentences: the agreement, the goods or the work, and when it happened.</w:t>
      </w:r>
    </w:p>
    <w:p>
      <w:pPr>
        <w:pStyle w:val="ListBullet"/>
        <w:spacing w:after="60"/>
        <w:ind w:left="340"/>
      </w:pPr>
      <w:r>
        <w:rPr>
          <w:rFonts w:ascii="Open Sans" w:hAnsi="Open Sans"/>
          <w:b w:val="0"/>
          <w:i w:val="0"/>
          <w:sz w:val="21"/>
        </w:rPr>
        <w:t>The exact amount claimed, in figures and in words, so there is no argument about a misread digit.</w:t>
      </w:r>
    </w:p>
    <w:p>
      <w:pPr>
        <w:pStyle w:val="ListBullet"/>
        <w:spacing w:after="60"/>
        <w:ind w:left="340"/>
      </w:pPr>
      <w:r>
        <w:rPr>
          <w:rFonts w:ascii="Open Sans" w:hAnsi="Open Sans"/>
          <w:b w:val="0"/>
          <w:i w:val="0"/>
          <w:sz w:val="21"/>
        </w:rPr>
        <w:t>How the amount is made up: the invoices, their numbers, their dates, less any payments and credits. Attach the statement.</w:t>
      </w:r>
    </w:p>
    <w:p>
      <w:pPr>
        <w:pStyle w:val="ListBullet"/>
        <w:spacing w:after="60"/>
        <w:ind w:left="340"/>
      </w:pPr>
      <w:r>
        <w:rPr>
          <w:rFonts w:ascii="Open Sans" w:hAnsi="Open Sans"/>
          <w:b w:val="0"/>
          <w:i w:val="0"/>
          <w:sz w:val="21"/>
        </w:rPr>
        <w:t>The date the debt fell due, and the fact that it is now overdue.</w:t>
      </w:r>
    </w:p>
    <w:p>
      <w:pPr>
        <w:pStyle w:val="ListBullet"/>
        <w:spacing w:after="60"/>
        <w:ind w:left="340"/>
      </w:pPr>
      <w:r>
        <w:rPr>
          <w:rFonts w:ascii="Open Sans" w:hAnsi="Open Sans"/>
          <w:b w:val="0"/>
          <w:i w:val="0"/>
          <w:sz w:val="21"/>
        </w:rPr>
        <w:t>Interest, if you are entitled to it, with the rate and the basis for it. See below.</w:t>
      </w:r>
    </w:p>
    <w:p>
      <w:pPr>
        <w:pStyle w:val="ListBullet"/>
        <w:spacing w:after="60"/>
        <w:ind w:left="340"/>
      </w:pPr>
      <w:r>
        <w:rPr>
          <w:rFonts w:ascii="Open Sans" w:hAnsi="Open Sans"/>
          <w:b w:val="0"/>
          <w:i w:val="0"/>
          <w:sz w:val="21"/>
        </w:rPr>
        <w:t>A clear deadline, expressed as a date rather than "within seven days", and how the payment must be made, with your banking details and the reference to use.</w:t>
      </w:r>
    </w:p>
    <w:p>
      <w:pPr>
        <w:pStyle w:val="ListBullet"/>
        <w:spacing w:after="60"/>
        <w:ind w:left="340"/>
      </w:pPr>
      <w:r>
        <w:rPr>
          <w:rFonts w:ascii="Open Sans" w:hAnsi="Open Sans"/>
          <w:b w:val="0"/>
          <w:i w:val="0"/>
          <w:sz w:val="21"/>
        </w:rPr>
        <w:t>What happens if the deadline passes: that you will institute legal proceedings for the amount plus interest and costs, and stop supplying on account.</w:t>
      </w:r>
    </w:p>
    <w:p>
      <w:pPr>
        <w:pStyle w:val="ListBullet"/>
        <w:spacing w:after="60"/>
        <w:ind w:left="340"/>
      </w:pPr>
      <w:r>
        <w:rPr>
          <w:rFonts w:ascii="Open Sans" w:hAnsi="Open Sans"/>
          <w:b w:val="0"/>
          <w:i w:val="0"/>
          <w:sz w:val="21"/>
        </w:rPr>
        <w:t>An invitation to contact you if the amount is disputed or if the debtor wants to propose an arrangement. This costs you nothing and settles a great many accounts.</w:t>
      </w:r>
    </w:p>
    <w:p>
      <w:pPr>
        <w:pStyle w:val="ListBullet"/>
        <w:spacing w:after="60"/>
        <w:ind w:left="340"/>
      </w:pPr>
      <w:r>
        <w:rPr>
          <w:rFonts w:ascii="Open Sans" w:hAnsi="Open Sans"/>
          <w:b w:val="0"/>
          <w:i w:val="0"/>
          <w:sz w:val="21"/>
        </w:rPr>
        <w:t>Your signature, name and capacity.</w:t>
      </w: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Do not threaten anything you are not going to do, and do not threaten anything you may not lawfully do. Threatening to blacklist somebody, to arrest them, to come and remove goods yourself, or to tell their other customers, is not leverage. It is a complaint to the National Credit Regulator or the Consumer Goods and Services Ombud, and in some cases a crime.</w:t>
      </w:r>
    </w:p>
    <w:p>
      <w:pPr>
        <w:pStyle w:val="Heading2"/>
      </w:pPr>
      <w:r>
        <w:t>Interest, and what you may lawfully add</w:t>
      </w:r>
    </w:p>
    <w:tbl>
      <w:tblPr>
        <w:tblW w:type="dxa" w:w="9025"/>
        <w:jc w:val="center"/>
        <w:tblLayout w:type="fixed"/>
        <w:tblLook w:firstColumn="1" w:firstRow="1" w:lastColumn="0" w:lastRow="0" w:noHBand="0" w:noVBand="1" w:val="04A0"/>
      </w:tblPr>
      <w:tblGrid>
        <w:gridCol w:w="3249"/>
        <w:gridCol w:w="5776"/>
      </w:tblGrid>
      <w:tr>
        <w:trPr>
          <w:tblHeader w:val="true"/>
        </w:trPr>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SITUATION</w:t>
            </w:r>
          </w:p>
        </w:tc>
        <w:tc>
          <w:tcPr>
            <w:tcW w:type="dxa" w:w="577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YOU MAY CHARGE</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Your quotation, invoice or terms said interest would be charged on overdue accounts, and the customer accepted those terms before the debt fell due.</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rate you agreed, subject to the cap. The moment an account carries interest or a late fee for late payment it becomes an incidental credit agreement under the National Credit Act 34 of 2005, and interest on incidental credit may not exceed 2% a month, which is 24% a year. Charging more is unlawful. Note also that this triggers the section 129 notice requirement before you sue. See letter 3.</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Nothing was agreed about interest, and no rate is fixed by law or trade usage.</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prescribed rate of interest, which is 10.50% a year with effect from 1 July 2026. It is the repurchase rate plus 3.5 percentage points and it moves when the repo rate moves. Confirm the current rate before you print it in a letter.</w:t>
            </w:r>
          </w:p>
        </w:tc>
      </w:tr>
      <w:tr>
        <w:trPr>
          <w:cantSplit/>
        </w:trPr>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want to add collection costs or legal fees.</w:t>
            </w:r>
          </w:p>
        </w:tc>
        <w:tc>
          <w:tcPr>
            <w:tcW w:type="dxa" w:w="57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Only what your agreement entitles you to, and only what is reasonable. Under section 56 of the Magistrates' Courts Act 32 of 1944 you may recover the prescribed fees and costs of a registered letter of demand only if the letter was sent through an attorney and the amount of those fees and costs was stated in the letter itself. A letter you write yourself carries no recoverable cost.</w:t>
            </w:r>
          </w:p>
        </w:tc>
      </w:tr>
      <w:tr>
        <w:trPr>
          <w:cantSplit/>
        </w:trPr>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want to charge an administration fee for chasing.</w:t>
            </w:r>
          </w:p>
        </w:tc>
        <w:tc>
          <w:tcPr>
            <w:tcW w:type="dxa" w:w="57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Only if it was agreed in advance and disclosed. An undisclosed fee added at demand stage is not enforceable and it undermines the rest of your letter.</w:t>
            </w:r>
          </w:p>
        </w:tc>
      </w:tr>
    </w:tbl>
    <w:p>
      <w:r>
        <w:br w:type="page"/>
      </w:r>
    </w:p>
    <w:p>
      <w:pPr>
        <w:pStyle w:val="Heading2"/>
      </w:pPr>
      <w:r>
        <w:t>Is a letter of demand compulsory?</w:t>
      </w:r>
    </w:p>
    <w:p>
      <w:pPr>
        <w:spacing w:after="120" w:before="0"/>
        <w:jc w:val="both"/>
      </w:pPr>
      <w:r>
        <w:rPr>
          <w:rFonts w:ascii="Open Sans" w:hAnsi="Open Sans"/>
          <w:b w:val="0"/>
          <w:i w:val="0"/>
          <w:sz w:val="21"/>
        </w:rPr>
        <w:t>Usually not. On an ordinary liquidated debt where the contract already fixed the payment date, you may issue summons without one, and the summons itself operates as the demand. You should still send one: it settles most accounts, it costs almost nothing, and a court takes it into account when awarding costs.</w:t>
      </w:r>
    </w:p>
    <w:p>
      <w:pPr>
        <w:spacing w:after="120" w:before="0"/>
      </w:pPr>
      <w:r>
        <w:rPr>
          <w:rFonts w:ascii="Open Sans" w:hAnsi="Open Sans"/>
          <w:b/>
          <w:i w:val="0"/>
          <w:sz w:val="21"/>
        </w:rPr>
        <w:t>There are five situations where a demand is compulsory, and all five matter to a small business.</w:t>
      </w:r>
    </w:p>
    <w:tbl>
      <w:tblPr>
        <w:tblW w:type="dxa" w:w="9025"/>
        <w:jc w:val="center"/>
        <w:tblLayout w:type="fixed"/>
        <w:tblLook w:firstColumn="1" w:firstRow="1" w:lastColumn="0" w:lastRow="0" w:noHBand="0" w:noVBand="1" w:val="04A0"/>
      </w:tblPr>
      <w:tblGrid>
        <w:gridCol w:w="2346"/>
        <w:gridCol w:w="6679"/>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w:t>
            </w:r>
          </w:p>
        </w:tc>
        <w:tc>
          <w:tcPr>
            <w:tcW w:type="dxa" w:w="66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IS REQUIRED</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Small Claims Court</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29(1)(a) of the Small Claims Courts Act 61 of 1984. A written demand, delivered to the defendant by hand or by registered post, allowing at least 14 days calculated from the date the defendant received it. The clerk will not issue a summons without a copy of the demand and proof of delivery. Ordinary email does not satisfy this.</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A credit agreement or an incidental credit agreement</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129(1)(a) of the National Credit Act 34 of 2005, read with section 130. This catches an ordinary trade account that carries late payment interest or a late fee. Use letter 3.</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An organ of state</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3 of the Institution of Legal Proceedings against Certain Organs of State Act 40 of 2002. Written notice of your intention to sue, served within six months of the date the debt became due, briefly setting out the facts giving rise to the debt and the particulars you know. Service is by hand, certified mail, email or fax on the designated officer, which for a municipality is the municipal manager. No summons may be served until 30 days after that notice. Late notice needs the court's condonation.</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Where the contract itself requires it</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Most supplier, lease and service agreements have a breach clause saying the innocent party must give written notice to remedy, often 7 or 14 days, before cancelling or suing. Cancelling without that notice is itself a breach. Read your own contract before you write.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Where no date for performance was fixed</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If the agreement never set a payment date, the debtor is not in default until you demand. Until then no interest runs, you cannot cancel, and you cannot claim damages for late performance. The demand is what starts the clock.</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On the organ of state point there is a real argument that a plain claim for payment of an unpaid invoice is not a "debt" as defined in that Act, because the definition speaks of liability to pay damages. In Thabani Zulu and Co (Pty) Ltd v Minister of Water Affairs a claim for arrear rental was held to fall outside it. The point is contested. Serve the notice anyway: it costs a letter, and getting it wrong costs the claim.</w:t>
      </w:r>
    </w:p>
    <w:p>
      <w:pPr>
        <w:pStyle w:val="Heading2"/>
      </w:pPr>
      <w:r>
        <w:t>How to send it, and how to prove you sent it</w:t>
      </w:r>
    </w:p>
    <w:p>
      <w:pPr>
        <w:spacing w:after="120" w:before="0"/>
        <w:jc w:val="both"/>
      </w:pPr>
      <w:r>
        <w:rPr>
          <w:rFonts w:ascii="Open Sans" w:hAnsi="Open Sans"/>
          <w:b w:val="0"/>
          <w:i w:val="0"/>
          <w:sz w:val="21"/>
        </w:rPr>
        <w:t>Delivery is not a formality. In court, the debtor's first line of defence is very often that they never received anything. Send the letter in more than one way and keep the proof of each.</w:t>
      </w:r>
    </w:p>
    <w:tbl>
      <w:tblPr>
        <w:tblW w:type="dxa" w:w="9025"/>
        <w:jc w:val="center"/>
        <w:tblLayout w:type="fixed"/>
        <w:tblLook w:firstColumn="1" w:firstRow="1" w:lastColumn="0" w:lastRow="0" w:noHBand="0" w:noVBand="1" w:val="04A0"/>
      </w:tblPr>
      <w:tblGrid>
        <w:gridCol w:w="1444"/>
        <w:gridCol w:w="3971"/>
        <w:gridCol w:w="3610"/>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METHOD</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TO PROVE IT</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WHEN TO USE IT</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By hand</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second copy signed and dated by the person who received it, with their full name and position written next to the signature. Take a photograph of the signed copy on the spot.</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Always the best method where the debtor has premises you can reach. Required, with registered post as the alternative, for the Small Claims Court.</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Registered post</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post office slip with the tracking number, and a printed track and trace report showing the item reached the destination post office and that a notification was issued. Keep both.</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Required for a section 129 notice, and accepted for the Small Claims Court. Send it to the address the debtor gave you in the agreement or credit application.</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Email</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sent item, a delivery receipt and a read receipt where you can get one, and any reply. Do not delete the thread.</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Good for speed and for the first reminder. Not sufficient on its own for a section 129 notice or a Small Claims Court demand.</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WhatsApp or SMS</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screenshot showing the number, the message, the date and the delivery ticks.</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Useful as supporting evidence that the debtor knew, never as the only method for a formal demand.</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Sheriff of the court</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sheriff's return of service.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Where the amount is large, the debtor is evasive, or you expect to be in court. It costs a fee and it ends the argument about delivery.</w:t>
            </w:r>
          </w:p>
        </w:tc>
      </w:tr>
    </w:tbl>
    <w:p>
      <w:pPr>
        <w:spacing w:after="120" w:before="120"/>
      </w:pPr>
      <w:r>
        <w:rPr>
          <w:rFonts w:ascii="Open Sans" w:hAnsi="Open Sans"/>
          <w:b w:val="0"/>
          <w:i w:val="0"/>
          <w:sz w:val="21"/>
        </w:rPr>
        <w:t>Record every letter you send here and keep it with the file.</w:t>
      </w:r>
    </w:p>
    <w:tbl>
      <w:tblPr>
        <w:tblW w:type="dxa" w:w="9025"/>
        <w:jc w:val="center"/>
        <w:tblLayout w:type="fixed"/>
        <w:tblLook w:firstColumn="1" w:firstRow="1" w:lastColumn="0" w:lastRow="0" w:noHBand="0" w:noVBand="1" w:val="04A0"/>
      </w:tblPr>
      <w:tblGrid>
        <w:gridCol w:w="1263"/>
        <w:gridCol w:w="812"/>
        <w:gridCol w:w="1624"/>
        <w:gridCol w:w="1805"/>
        <w:gridCol w:w="1895"/>
        <w:gridCol w:w="1624"/>
      </w:tblGrid>
      <w:tr>
        <w:trPr>
          <w:tblHeader w:val="true"/>
        </w:trPr>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 SENT</w:t>
            </w:r>
          </w:p>
        </w:tc>
        <w:tc>
          <w:tcPr>
            <w:tcW w:type="dxa" w:w="81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LETTER</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METHOD</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SENT TO</w:t>
            </w:r>
          </w:p>
        </w:tc>
        <w:tc>
          <w:tcPr>
            <w:tcW w:type="dxa" w:w="189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PROOF HELD</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RESPONSE AND DATE</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 to 6]</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[Hand / registered post / email]</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[Name and address]</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[Signed copy / tracking no / receipt]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said]</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  ]</w:t>
            </w:r>
          </w:p>
        </w:tc>
      </w:tr>
    </w:tbl>
    <w:p>
      <w:r>
        <w:br w:type="page"/>
      </w:r>
    </w:p>
    <w:p>
      <w:pPr>
        <w:pStyle w:val="Heading1"/>
      </w:pPr>
      <w:r>
        <w:t>It has been ignored. What now?</w:t>
      </w:r>
    </w:p>
    <w:p>
      <w:pPr>
        <w:spacing w:after="120" w:before="0"/>
        <w:jc w:val="both"/>
      </w:pPr>
      <w:r>
        <w:rPr>
          <w:rFonts w:ascii="Open Sans" w:hAnsi="Open Sans"/>
          <w:b w:val="0"/>
          <w:i w:val="0"/>
          <w:sz w:val="21"/>
        </w:rPr>
        <w:t>Be honest with yourself about the arithmetic. The question is not whether you are right. It is whether the amount you will actually recover, after costs and after the time you personally spend, is more than what you will spend getting it. For small amounts against a debtor with no money, the answer is often no, and writing it off is a business decision, not a defeat.</w:t>
      </w:r>
    </w:p>
    <w:tbl>
      <w:tblPr>
        <w:tblW w:type="dxa" w:w="9025"/>
        <w:jc w:val="center"/>
        <w:tblLayout w:type="fixed"/>
        <w:tblLook w:firstColumn="1" w:firstRow="1" w:lastColumn="0" w:lastRow="0" w:noHBand="0" w:noVBand="1" w:val="04A0"/>
      </w:tblPr>
      <w:tblGrid>
        <w:gridCol w:w="1444"/>
        <w:gridCol w:w="2346"/>
        <w:gridCol w:w="1985"/>
        <w:gridCol w:w="1263"/>
        <w:gridCol w:w="1985"/>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OPTION</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INVOLVES</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COST</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TIME</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BEST FOR</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Do nothing further and write it off</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Record the bad debt in your books and stop supplying the customer on account.</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debt.</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None.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Small amounts, a debtor with nothing to attach, or a debt near three years old where the paperwork is thin.</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Payment arrangement</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written acknowledgement of debt with a payment plan, signed by the debtor. It also interrupts prescription, which buys you three fresh years.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Nothing but your time.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Days.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debtor who admits the debt and genuinely cannot pay it all at once. Usually the best outcome available.</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Small Claims Court</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prepare the summons with the clerk's free help, the sheriff or you serve it, and you argue the case yourself before a commissioner.</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No fee to issue. You pay the sheriff's tariff for service. No attorney's fees, because no attorney may appear.</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Set by the court's roll. Ask the clerk at your nearest court.</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Claims up to R30 000 brought by a natural person. Not available to a company or a close corporation.</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Magistrates' Court</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An attorney issues summons, serves through the sheriff, and takes the matter to judgment, then to execution if the debtor still does not pay.</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Court issuing fee, sheriff's tariff, and attorney's fees. Ask for a written estimate up front and ask what happens if the debtor defends.</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Weeks if undefended, many months if defended.</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Claims up to R400 000, and the only route for a company of any claim size.</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High Court</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same, in a superior court, with higher costs at every step.</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Materially higher than the magistrates' court at every stage.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Months to years.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Claims above R400 000, or where an urgent interdict is needed.</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Registered debt collector</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hand the account over and the collector chases it for a share of what is recovered.</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fee out of the recovery, capped by the Debt Collectors Act 114 of 1998 and its tariff. Agree it in writing first.</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Weeks.</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 book of smaller accounts you do not have time to chase yourself.</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Do not hand an account over to a collector or an attorney and keep chasing it yourself at the same time. Pick one route and tell the debtor in writing which one you have taken.</w:t>
      </w:r>
    </w:p>
    <w:p>
      <w:pPr>
        <w:pStyle w:val="Heading2"/>
      </w:pPr>
      <w:r>
        <w:t>The Small Claims Court</w:t>
      </w:r>
    </w:p>
    <w:p>
      <w:pPr>
        <w:spacing w:after="120" w:before="0"/>
        <w:jc w:val="both"/>
      </w:pPr>
      <w:r>
        <w:rPr>
          <w:rFonts w:ascii="Open Sans" w:hAnsi="Open Sans"/>
          <w:b w:val="0"/>
          <w:i w:val="0"/>
          <w:sz w:val="21"/>
        </w:rPr>
        <w:t>The Small Claims Court is the cheapest and fastest civil court in the country, and it is deliberately built for people without lawyers. It is also narrower than most people realise.</w:t>
      </w:r>
    </w:p>
    <w:tbl>
      <w:tblPr>
        <w:tblW w:type="dxa" w:w="9025"/>
        <w:jc w:val="center"/>
        <w:tblLayout w:type="fixed"/>
        <w:tblLook w:firstColumn="1" w:firstRow="1" w:lastColumn="0" w:lastRow="0" w:noHBand="0" w:noVBand="1" w:val="04A0"/>
      </w:tblPr>
      <w:tblGrid>
        <w:gridCol w:w="2346"/>
        <w:gridCol w:w="6679"/>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RULE</w:t>
            </w:r>
          </w:p>
        </w:tc>
        <w:tc>
          <w:tcPr>
            <w:tcW w:type="dxa" w:w="66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DETAIL</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The limit is R30 000</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R30 000 with effect from 1 August 2026, determined by the Minister of Justice and Constitutional Development under sections 15 and 16 of the Small Claims Courts Act 61 of 1984. The previous limit was R20 000, in force since 1 April 2019, so this was the first increase in more than seven years. Confirm the current figure at your nearest court before you rely on it.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Only a natural person may sue</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7(1): only a natural person may institute an action, and a juristic person may become a party only as defendant. A (Pty) Ltd, a close corporation, a trust, a body corporate and an association cannot sue here. A sole proprietor can, because a sole proprietorship is not a separate legal person: you sue in your own name. This is the most important single fact in this template for anyone deciding how to structure a small business.</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cannot get around it by ceding the claim</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14(4): the court has no jurisdiction over any claim based in whole or in part on a cession or assignment of rights. A company cannot cede its claim to its director to get into this court.</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No lawyers</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7(2): a party appears in person and may not be represented during the proceedings. No attorney or advocate may appear for you. You may take legal advice beforehand, the advice simply cannot come into court with you. Where a company is the defendant, section 7(4) says it is represented by a duly nominated director or other officer.</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A letter of demand first, 14 days</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29(1)(a): a written demand delivered by hand or by registered post, allowing at least 14 days from the date the defendant received it. Take a copy of the demand and the proof of delivery to the clerk with your summons.</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One business claim at a time</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29(1)(b): until judgment has been given in an action arising from the plaintiff's business or profession, the plaintiff may not deliver a summons in respect of any other action arising from that business. A trader can run only one business claim here at a time.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You cannot sue the State</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14(2). Claims against the State, and in practice against local government, go elsewhere.</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Some claims are excluded whatever the amount</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16: dissolution of a marriage or customary union, the validity or interpretation of a will, a person's status in respect of mental capacity, specific performance without an alternative claim for damages (with two narrow exceptions), a decree of perpetual silence, damages for defamation, malicious prosecution, wrongful imprisonment, wrongful arrest, seduction or breach of promise to marry, and any matter in which an interdict is sought.</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Claims above the limit</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You may abandon the excess to bring the claim within R30 000, but the abandoned part is lost for good. Do the arithmetic before you abandon anything.</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The hearing</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commissioner is a practising advocate, attorney or law teacher who serves without payment. The procedure is inquisitorial: the commissioner asks the questions and you may not cross-examine the other side. The clerk helps you prepare the summons free of charge.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There is no appeal</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45: a judgment or order is final and no appeal lies from it. The only route is a review to a High Court under section 46, on three grounds only: absence of jurisdiction, interest in the cause or bias or malice or a corruption offence on the commissioner's part, and gross irregularity in the proceedings. Go in prepared, because you get one chance.</w:t>
            </w:r>
          </w:p>
        </w:tc>
      </w:tr>
    </w:tbl>
    <w:p>
      <w:r>
        <w:br w:type="page"/>
      </w:r>
    </w:p>
    <w:p>
      <w:pPr>
        <w:pStyle w:val="Heading2"/>
      </w:pPr>
      <w:r>
        <w:t>The Magistrates' Court and above</w:t>
      </w:r>
    </w:p>
    <w:tbl>
      <w:tblPr>
        <w:tblW w:type="dxa" w:w="9025"/>
        <w:jc w:val="center"/>
        <w:tblLayout w:type="fixed"/>
        <w:tblLook w:firstColumn="1" w:firstRow="1" w:lastColumn="0" w:lastRow="0" w:noHBand="0" w:noVBand="1" w:val="04A0"/>
      </w:tblPr>
      <w:tblGrid>
        <w:gridCol w:w="2166"/>
        <w:gridCol w:w="2166"/>
        <w:gridCol w:w="4693"/>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COURT</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CIVIL MONETARY JURISDICTION</w:t>
            </w:r>
          </w:p>
        </w:tc>
        <w:tc>
          <w:tcPr>
            <w:tcW w:type="dxa" w:w="469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NOTES</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District magistrates' court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Up to R200 000</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Determined under section 29(1) of the Magistrates' Courts Act 32 of 1944 by Government Notice 217 in Government Gazette 37477 of 27 March 2014, effective 1 June 2014. No later increase was found as at 10 August 2026.</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Regional magistrates' court</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Above R200 000 and up to R400 000</w:t>
            </w:r>
          </w:p>
        </w:tc>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Government Notice 216 in the same Gazette, effective on the same date.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High Court</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Above R400 000</w:t>
            </w:r>
          </w:p>
        </w:tc>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The High Court also has concurrent jurisdiction below that, but suing there for an amount a magistrate could have heard usually means your costs are awarded on the magistrates' court scale, so you carry the difference.</w:t>
            </w:r>
          </w:p>
        </w:tc>
      </w:tr>
    </w:tbl>
    <w:p>
      <w:pPr>
        <w:pStyle w:val="Heading2"/>
      </w:pPr>
      <w:r>
        <w:t>What you may do yourself, and where you cannot</w:t>
      </w:r>
    </w:p>
    <w:p>
      <w:pPr>
        <w:spacing w:after="120" w:before="0"/>
        <w:jc w:val="both"/>
      </w:pPr>
      <w:r>
        <w:rPr>
          <w:rFonts w:ascii="Open Sans" w:hAnsi="Open Sans"/>
          <w:b w:val="0"/>
          <w:i w:val="0"/>
          <w:sz w:val="21"/>
        </w:rPr>
        <w:t>This is the line that decides your costs, and it turns on whether the creditor is a person or a company.</w:t>
      </w:r>
    </w:p>
    <w:tbl>
      <w:tblPr>
        <w:tblW w:type="dxa" w:w="9025"/>
        <w:jc w:val="center"/>
        <w:tblLayout w:type="fixed"/>
        <w:tblLook w:firstColumn="1" w:firstRow="1" w:lastColumn="0" w:lastRow="0" w:noHBand="0" w:noVBand="1" w:val="04A0"/>
      </w:tblPr>
      <w:tblGrid>
        <w:gridCol w:w="2166"/>
        <w:gridCol w:w="2888"/>
        <w:gridCol w:w="3971"/>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CREDITOR</w:t>
            </w:r>
          </w:p>
        </w:tc>
        <w:tc>
          <w:tcPr>
            <w:tcW w:type="dxa" w:w="288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SMALL CLAIMS COURT, TO R30 000</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MAGISTRATES' COURT AND ABOVE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Sole proprietor, or an individual in their own name</w:t>
            </w:r>
          </w:p>
        </w:tc>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May sue in person. No attorney is allowed. This is genuinely a do it yourself process and the clerk will help you.</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May act in person if you choose to, or instruct an attorney. Acting in person in a defended matter is hard going and usually a false economy.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(Pty) Ltd, close corporation, trust, body corporate</w:t>
            </w:r>
          </w:p>
        </w:tc>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May not sue at all. It can only be a defendant, represented by a duly nominated director or officer.</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Must instruct an admitted attorney. A company has no right of audience through a director. The Supreme Court of Appeal confirmed this in Manong and Associates (Pty) Ltd v Minister of Public Works: a company cannot conduct a case except through counsel appearing on its behalf. The courts keep a narrow discretion to allow otherwise, on a formal application showing exceptional circumstances, and lack of funds is expressly not one of them.</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Anything else in this pack you can do yourself: writing and sending every one of these letters, keeping the proof, negotiating a payment arrangement, taking a signed acknowledgement of debt, and preparing a small claims summons with the clerk. What you cannot do yourself is appear for a company in court, and you should not attempt a defended matter of any size without an attorney.</w:t>
      </w:r>
    </w:p>
    <w:p>
      <w:pPr>
        <w:pStyle w:val="Heading2"/>
      </w:pPr>
      <w:r>
        <w:t>When an attorney is worth it</w:t>
      </w:r>
    </w:p>
    <w:p>
      <w:pPr>
        <w:pStyle w:val="ListBullet"/>
        <w:spacing w:after="60"/>
        <w:ind w:left="340"/>
      </w:pPr>
      <w:r>
        <w:rPr>
          <w:rFonts w:ascii="Open Sans" w:hAnsi="Open Sans"/>
          <w:b w:val="0"/>
          <w:i w:val="0"/>
          <w:sz w:val="21"/>
        </w:rPr>
        <w:t>Whenever the creditor is a company or a close corporation and you have to go to court at all. You have no choice, so budget for it from the start.</w:t>
      </w:r>
    </w:p>
    <w:p>
      <w:pPr>
        <w:pStyle w:val="ListBullet"/>
        <w:spacing w:after="60"/>
        <w:ind w:left="340"/>
      </w:pPr>
      <w:r>
        <w:rPr>
          <w:rFonts w:ascii="Open Sans" w:hAnsi="Open Sans"/>
          <w:b w:val="0"/>
          <w:i w:val="0"/>
          <w:sz w:val="21"/>
        </w:rPr>
        <w:t>When the amount is above R30 000, or above whatever you would be comfortable losing.</w:t>
      </w:r>
    </w:p>
    <w:p>
      <w:pPr>
        <w:pStyle w:val="ListBullet"/>
        <w:spacing w:after="60"/>
        <w:ind w:left="340"/>
      </w:pPr>
      <w:r>
        <w:rPr>
          <w:rFonts w:ascii="Open Sans" w:hAnsi="Open Sans"/>
          <w:b w:val="0"/>
          <w:i w:val="0"/>
          <w:sz w:val="21"/>
        </w:rPr>
        <w:t>When the debtor has instructed an attorney or has raised a defence in writing.</w:t>
      </w:r>
    </w:p>
    <w:p>
      <w:pPr>
        <w:pStyle w:val="ListBullet"/>
        <w:spacing w:after="60"/>
        <w:ind w:left="340"/>
      </w:pPr>
      <w:r>
        <w:rPr>
          <w:rFonts w:ascii="Open Sans" w:hAnsi="Open Sans"/>
          <w:b w:val="0"/>
          <w:i w:val="0"/>
          <w:sz w:val="21"/>
        </w:rPr>
        <w:t>When the debt is close to three years old. An attorney can issue and serve a summons in time, which is the only step that interrupts prescription.</w:t>
      </w:r>
    </w:p>
    <w:p>
      <w:pPr>
        <w:pStyle w:val="ListBullet"/>
        <w:spacing w:after="60"/>
        <w:ind w:left="340"/>
      </w:pPr>
      <w:r>
        <w:rPr>
          <w:rFonts w:ascii="Open Sans" w:hAnsi="Open Sans"/>
          <w:b w:val="0"/>
          <w:i w:val="0"/>
          <w:sz w:val="21"/>
        </w:rPr>
        <w:t>When the debt is secured, or there is a surety, a cession or a reservation of ownership clause to enforce.</w:t>
      </w:r>
    </w:p>
    <w:p>
      <w:pPr>
        <w:pStyle w:val="ListBullet"/>
        <w:spacing w:after="60"/>
        <w:ind w:left="340"/>
      </w:pPr>
      <w:r>
        <w:rPr>
          <w:rFonts w:ascii="Open Sans" w:hAnsi="Open Sans"/>
          <w:b w:val="0"/>
          <w:i w:val="0"/>
          <w:sz w:val="21"/>
        </w:rPr>
        <w:t>When the debtor is in business rescue, under debt review, or has been provisionally liquidated or sequestrated. There are claim deadlines here and missing them is fatal.</w:t>
      </w:r>
    </w:p>
    <w:p>
      <w:pPr>
        <w:pStyle w:val="ListBullet"/>
        <w:spacing w:after="60"/>
        <w:ind w:left="340"/>
      </w:pPr>
      <w:r>
        <w:rPr>
          <w:rFonts w:ascii="Open Sans" w:hAnsi="Open Sans"/>
          <w:b w:val="0"/>
          <w:i w:val="0"/>
          <w:sz w:val="21"/>
        </w:rPr>
        <w:t>When you need an urgent interdict, for example to stop goods leaving the country.</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Ask for a written fee estimate before you instruct anyone, ask specifically what it will cost if the debtor defends, and ask whether they will take the matter on a fee that depends on recovery. Ask the attorney to confirm they hold a valid Fidelity Fund Certificate before any money goes into their trust account.</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pack is a set of templates and general guidance. It is not legal advice. A claim of real value, a debtor who is defending, a debt near the three year prescription line, or any claim brought by a company rather than by a person, warrants an attorney. Get a written fee estimate before you instruct one.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r>
        <w:br w:type="page"/>
      </w:r>
    </w:p>
    <w:p>
      <w:pPr>
        <w:spacing w:before="0" w:after="20"/>
      </w:pPr>
      <w:r>
        <w:rPr>
          <w:rFonts w:ascii="Montserrat" w:hAnsi="Montserrat"/>
          <w:b/>
          <w:color w:val="21759B"/>
          <w:sz w:val="18"/>
        </w:rPr>
        <w:t>LETTER 1</w:t>
      </w:r>
    </w:p>
    <w:p>
      <w:pPr>
        <w:spacing w:before="0" w:after="40"/>
      </w:pPr>
      <w:r>
        <w:rPr>
          <w:rFonts w:ascii="Montserrat" w:hAnsi="Montserrat"/>
          <w:b/>
          <w:color w:val="191C4A"/>
          <w:sz w:val="30"/>
        </w:rPr>
        <w:t>FIRST REMINDER</w:t>
      </w:r>
    </w:p>
    <w:p>
      <w:pPr>
        <w:spacing w:before="0" w:after="160"/>
      </w:pPr>
      <w:r>
        <w:rPr>
          <w:rFonts w:ascii="Open Sans" w:hAnsi="Open Sans"/>
          <w:color w:val="6B6870"/>
          <w:sz w:val="19"/>
        </w:rPr>
        <w:t>Friendly. The account is merely overdue and you want the money and the customer.</w:t>
      </w:r>
    </w:p>
    <w:p>
      <w:pPr>
        <w:spacing w:before="80" w:after="160"/>
        <w:pBdr>
          <w:bottom w:val="single" w:sz="6" w:space="1" w:color="E0DDD4"/>
        </w:pBdr>
      </w:pP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Send this about 7 days after the due date, ideally after a phone call to the person who actually signs the payments. Write down that person's name. Keep it short and warm: most of these are paid within a week because somebody was simply reminded.</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To</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[CUSTOMER OR DEBTOR FULL LEGAL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Registration or identity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[2026/123456/07 or YYMMDD XXXX XX 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Attention</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 AND POSITION OF THE PERSON WHO PAYS]</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Delivery address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[PHYSICAL ADDRESS FOR SERVICE]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Email</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[accounts@customer.co.za]</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Date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Our reference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 OR CUSTOMER NUMBER]</w:t>
            </w:r>
          </w:p>
        </w:tc>
      </w:tr>
    </w:tbl>
    <w:p>
      <w:pPr>
        <w:spacing w:after="80"/>
      </w:pPr>
    </w:p>
    <w:p>
      <w:pPr>
        <w:spacing w:after="160" w:before="0"/>
      </w:pPr>
      <w:r>
        <w:rPr>
          <w:rFonts w:ascii="Open Sans" w:hAnsi="Open Sans"/>
          <w:b w:val="0"/>
          <w:i w:val="0"/>
          <w:sz w:val="21"/>
        </w:rPr>
        <w:t xml:space="preserve">Dear </w:t>
      </w:r>
      <w:r>
        <w:rPr>
          <w:rFonts w:ascii="Open Sans" w:hAnsi="Open Sans"/>
          <w:b w:val="0"/>
          <w:i w:val="0"/>
          <w:color w:val="21759B"/>
          <w:sz w:val="21"/>
        </w:rPr>
        <w:t>[FIRST NAME]</w:t>
      </w:r>
    </w:p>
    <w:p>
      <w:pPr>
        <w:spacing w:after="160" w:before="0"/>
      </w:pPr>
      <w:r>
        <w:rPr>
          <w:rFonts w:ascii="Open Sans" w:hAnsi="Open Sans"/>
          <w:b/>
          <w:i w:val="0"/>
          <w:sz w:val="21"/>
        </w:rPr>
        <w:t xml:space="preserve">ACCOUNT </w:t>
      </w:r>
      <w:r>
        <w:rPr>
          <w:rFonts w:ascii="Open Sans" w:hAnsi="Open Sans"/>
          <w:b/>
          <w:i w:val="0"/>
          <w:color w:val="21759B"/>
          <w:sz w:val="21"/>
        </w:rPr>
        <w:t>[ACCOUNT NUMBER]</w:t>
      </w:r>
      <w:r>
        <w:rPr>
          <w:rFonts w:ascii="Open Sans" w:hAnsi="Open Sans"/>
          <w:b/>
          <w:i w:val="0"/>
          <w:sz w:val="21"/>
        </w:rPr>
        <w:t xml:space="preserve">: AMOUNT OVERDUE OF R </w:t>
      </w:r>
      <w:r>
        <w:rPr>
          <w:rFonts w:ascii="Open Sans" w:hAnsi="Open Sans"/>
          <w:b/>
          <w:i w:val="0"/>
          <w:color w:val="21759B"/>
          <w:sz w:val="21"/>
        </w:rPr>
        <w:t>[AMOUNT]</w:t>
      </w:r>
    </w:p>
    <w:p>
      <w:pPr>
        <w:spacing w:after="120" w:before="0"/>
        <w:jc w:val="both"/>
      </w:pPr>
      <w:r>
        <w:rPr>
          <w:rFonts w:ascii="Open Sans" w:hAnsi="Open Sans"/>
          <w:b w:val="0"/>
          <w:i w:val="0"/>
          <w:sz w:val="21"/>
        </w:rPr>
        <w:t xml:space="preserve">I hope you are well. I am following up on our account, which shows an amount of R </w:t>
      </w:r>
      <w:r>
        <w:rPr>
          <w:rFonts w:ascii="Open Sans" w:hAnsi="Open Sans"/>
          <w:b w:val="0"/>
          <w:i w:val="0"/>
          <w:color w:val="21759B"/>
          <w:sz w:val="21"/>
        </w:rPr>
        <w:t>[AMOUNT]</w:t>
      </w:r>
      <w:r>
        <w:rPr>
          <w:rFonts w:ascii="Open Sans" w:hAnsi="Open Sans"/>
          <w:b w:val="0"/>
          <w:i w:val="0"/>
          <w:sz w:val="21"/>
        </w:rPr>
        <w:t xml:space="preserve"> that was due on </w:t>
      </w:r>
      <w:r>
        <w:rPr>
          <w:rFonts w:ascii="Open Sans" w:hAnsi="Open Sans"/>
          <w:b w:val="0"/>
          <w:i w:val="0"/>
          <w:color w:val="21759B"/>
          <w:sz w:val="21"/>
        </w:rPr>
        <w:t>[DD Month YYYY]</w:t>
      </w:r>
      <w:r>
        <w:rPr>
          <w:rFonts w:ascii="Open Sans" w:hAnsi="Open Sans"/>
          <w:b w:val="0"/>
          <w:i w:val="0"/>
          <w:sz w:val="21"/>
        </w:rPr>
        <w:t xml:space="preserve"> and is now </w:t>
      </w:r>
      <w:r>
        <w:rPr>
          <w:rFonts w:ascii="Open Sans" w:hAnsi="Open Sans"/>
          <w:b w:val="0"/>
          <w:i w:val="0"/>
          <w:color w:val="21759B"/>
          <w:sz w:val="21"/>
        </w:rPr>
        <w:t>[NUMBER]</w:t>
      </w:r>
      <w:r>
        <w:rPr>
          <w:rFonts w:ascii="Open Sans" w:hAnsi="Open Sans"/>
          <w:b w:val="0"/>
          <w:i w:val="0"/>
          <w:sz w:val="21"/>
        </w:rPr>
        <w:t xml:space="preserve"> days overdue.</w:t>
      </w:r>
    </w:p>
    <w:p>
      <w:pPr>
        <w:spacing w:after="80" w:before="0"/>
      </w:pPr>
      <w:r>
        <w:rPr>
          <w:rFonts w:ascii="Open Sans" w:hAnsi="Open Sans"/>
          <w:b w:val="0"/>
          <w:i w:val="0"/>
          <w:sz w:val="21"/>
        </w:rPr>
        <w:t>The outstanding invoices are:</w:t>
      </w:r>
    </w:p>
    <w:tbl>
      <w:tblPr>
        <w:tblW w:type="dxa" w:w="9025"/>
        <w:jc w:val="center"/>
        <w:tblLayout w:type="fixed"/>
        <w:tblLook w:firstColumn="1" w:firstRow="1" w:lastColumn="0" w:lastRow="0" w:noHBand="0" w:noVBand="1" w:val="04A0"/>
      </w:tblPr>
      <w:tblGrid>
        <w:gridCol w:w="2527"/>
        <w:gridCol w:w="2166"/>
        <w:gridCol w:w="2166"/>
        <w:gridCol w:w="2166"/>
      </w:tblGrid>
      <w:tr>
        <w:trPr>
          <w:tblHeader w:val="true"/>
        </w:trPr>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INVOICE NUMBER</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INVOICE DATE</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DUE DATE</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AMOUNT</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[INV-2026-001]</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r>
      <w:tr>
        <w:trPr>
          <w:cantSplit/>
        </w:trPr>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[INV-2026-002]</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r>
      <w:tr>
        <w:trPr>
          <w:cantSplit/>
        </w:trPr>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r>
    </w:tbl>
    <w:p>
      <w:pPr>
        <w:spacing w:after="120" w:before="120"/>
        <w:jc w:val="both"/>
      </w:pPr>
      <w:r>
        <w:rPr>
          <w:rFonts w:ascii="Open Sans" w:hAnsi="Open Sans"/>
          <w:b w:val="0"/>
          <w:i w:val="0"/>
          <w:sz w:val="21"/>
        </w:rPr>
        <w:t>I have attached the statement and copies of the invoices so that everything is in one place.</w:t>
      </w:r>
    </w:p>
    <w:p>
      <w:pPr>
        <w:spacing w:after="120" w:before="0"/>
        <w:jc w:val="both"/>
      </w:pPr>
      <w:r>
        <w:rPr>
          <w:rFonts w:ascii="Open Sans" w:hAnsi="Open Sans"/>
          <w:b w:val="0"/>
          <w:i w:val="0"/>
          <w:sz w:val="21"/>
        </w:rPr>
        <w:t xml:space="preserve">If the payment has already gone out, thank you, and please send me the proof of payment so that I can allocate it correctly and close it off. If something is holding it up, or if there is a query on any of the invoices, please phone me on </w:t>
      </w:r>
      <w:r>
        <w:rPr>
          <w:rFonts w:ascii="Open Sans" w:hAnsi="Open Sans"/>
          <w:b w:val="0"/>
          <w:i w:val="0"/>
          <w:color w:val="21759B"/>
          <w:sz w:val="21"/>
        </w:rPr>
        <w:t>[+27 XX XXX XXXX]</w:t>
      </w:r>
      <w:r>
        <w:rPr>
          <w:rFonts w:ascii="Open Sans" w:hAnsi="Open Sans"/>
          <w:b w:val="0"/>
          <w:i w:val="0"/>
          <w:sz w:val="21"/>
        </w:rPr>
        <w:t xml:space="preserve"> and we will sort it out.</w:t>
      </w:r>
    </w:p>
    <w:p>
      <w:pPr>
        <w:spacing w:after="120" w:before="0"/>
        <w:jc w:val="both"/>
      </w:pPr>
      <w:r>
        <w:rPr>
          <w:rFonts w:ascii="Open Sans" w:hAnsi="Open Sans"/>
          <w:b w:val="0"/>
          <w:i w:val="0"/>
          <w:sz w:val="21"/>
        </w:rPr>
        <w:t xml:space="preserve">Otherwise, may I ask you to settle the amount by </w:t>
      </w:r>
      <w:r>
        <w:rPr>
          <w:rFonts w:ascii="Open Sans" w:hAnsi="Open Sans"/>
          <w:b w:val="0"/>
          <w:i w:val="0"/>
          <w:color w:val="21759B"/>
          <w:sz w:val="21"/>
        </w:rPr>
        <w:t>[DD Month YYYY]</w:t>
      </w:r>
      <w:r>
        <w:rPr>
          <w:rFonts w:ascii="Open Sans" w:hAnsi="Open Sans"/>
          <w:b w:val="0"/>
          <w:i w:val="0"/>
          <w:sz w:val="21"/>
        </w:rPr>
        <w:t xml:space="preserve">. Our banking details are below and the reference is </w:t>
      </w:r>
      <w:r>
        <w:rPr>
          <w:rFonts w:ascii="Open Sans" w:hAnsi="Open Sans"/>
          <w:b w:val="0"/>
          <w:i w:val="0"/>
          <w:color w:val="21759B"/>
          <w:sz w:val="21"/>
        </w:rPr>
        <w:t>[ACCOUNT OR CUSTOMER NUMBER]</w:t>
      </w:r>
      <w:r>
        <w:rPr>
          <w:rFonts w:ascii="Open Sans" w:hAnsi="Open Sans"/>
          <w:b w:val="0"/>
          <w:i w:val="0"/>
          <w:sz w:val="21"/>
        </w:rPr>
        <w:t>.</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Account name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COMPANY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Bank and branch</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[BANK NAME]</w:t>
            </w:r>
            <w:r>
              <w:rPr>
                <w:rFonts w:ascii="Open Sans" w:hAnsi="Open Sans"/>
                <w:b w:val="0"/>
                <w:i w:val="0"/>
                <w:sz w:val="19"/>
              </w:rPr>
              <w:t xml:space="preserve">, </w:t>
            </w:r>
            <w:r>
              <w:rPr>
                <w:rFonts w:ascii="Open Sans" w:hAnsi="Open Sans"/>
                <w:b w:val="0"/>
                <w:i w:val="0"/>
                <w:color w:val="21759B"/>
                <w:sz w:val="19"/>
              </w:rPr>
              <w:t>[BRANCH]</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Account number</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[XXXXXXXXXX]</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Reference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 OR CUSTOMER NUMBER]</w:t>
            </w:r>
          </w:p>
        </w:tc>
      </w:tr>
    </w:tbl>
    <w:p>
      <w:pPr>
        <w:spacing w:after="120" w:before="120"/>
        <w:jc w:val="both"/>
      </w:pPr>
      <w:r>
        <w:rPr>
          <w:rFonts w:ascii="Open Sans" w:hAnsi="Open Sans"/>
          <w:b w:val="0"/>
          <w:i w:val="0"/>
          <w:sz w:val="21"/>
        </w:rPr>
        <w:t>Thank you for your business. I would rather sort this out over the phone than on paper.</w:t>
      </w:r>
    </w:p>
    <w:p>
      <w:pPr>
        <w:spacing w:after="80"/>
      </w:pPr>
    </w:p>
    <w:p>
      <w:pPr>
        <w:spacing w:after="280" w:before="0"/>
      </w:pPr>
      <w:r>
        <w:rPr>
          <w:rFonts w:ascii="Open Sans" w:hAnsi="Open Sans"/>
          <w:b w:val="0"/>
          <w:i w:val="0"/>
          <w:sz w:val="21"/>
        </w:rPr>
        <w:t>Kind regards</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Signature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[Sign here]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Full name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FULL NAME]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Capacity</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[Owner / Director / Credit controller]</w:t>
            </w:r>
            <w:r>
              <w:rPr>
                <w:rFonts w:ascii="Open Sans" w:hAnsi="Open Sans"/>
                <w:b w:val="0"/>
                <w:i w:val="0"/>
                <w:sz w:val="19"/>
              </w:rPr>
              <w:t xml:space="preserve"> of </w:t>
            </w:r>
            <w:r>
              <w:rPr>
                <w:rFonts w:ascii="Open Sans" w:hAnsi="Open Sans"/>
                <w:b w:val="0"/>
                <w:i w:val="0"/>
                <w:color w:val="21759B"/>
                <w:sz w:val="19"/>
              </w:rPr>
              <w:t>[YOUR COMPANY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Contact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[+27 XX XXX XXXX]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Email</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[email@yourbusiness.co.za]</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Date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bl>
    <w:p>
      <w:r>
        <w:br w:type="page"/>
      </w:r>
    </w:p>
    <w:p>
      <w:pPr>
        <w:spacing w:before="0" w:after="20"/>
      </w:pPr>
      <w:r>
        <w:rPr>
          <w:rFonts w:ascii="Montserrat" w:hAnsi="Montserrat"/>
          <w:b/>
          <w:color w:val="21759B"/>
          <w:sz w:val="18"/>
        </w:rPr>
        <w:t>LETTER 2</w:t>
      </w:r>
    </w:p>
    <w:p>
      <w:pPr>
        <w:spacing w:before="0" w:after="40"/>
      </w:pPr>
      <w:r>
        <w:rPr>
          <w:rFonts w:ascii="Montserrat" w:hAnsi="Montserrat"/>
          <w:b/>
          <w:color w:val="191C4A"/>
          <w:sz w:val="30"/>
        </w:rPr>
        <w:t>FORMAL LETTER OF DEMAND</w:t>
      </w:r>
    </w:p>
    <w:p>
      <w:pPr>
        <w:spacing w:before="0" w:after="160"/>
      </w:pPr>
      <w:r>
        <w:rPr>
          <w:rFonts w:ascii="Open Sans" w:hAnsi="Open Sans"/>
          <w:color w:val="6B6870"/>
          <w:sz w:val="19"/>
        </w:rPr>
        <w:t>Unpaid trade account. Formal, factual and complete. This is the document a court will look for.</w:t>
      </w:r>
    </w:p>
    <w:p>
      <w:pPr>
        <w:spacing w:before="80" w:after="160"/>
        <w:pBdr>
          <w:bottom w:val="single" w:sz="6" w:space="1" w:color="E0DDD4"/>
        </w:pBdr>
      </w:pP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Send this by hand and by registered post, and email a copy. Keep the signed receipt, the post office slip and the track and trace printout. If the account carries interest or a late payment fee, send letter 3 instead, or send this one and then letter 3 before you issue summons.</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To</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[CUSTOMER OR DEBTOR FULL LEGAL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Registration or identity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[2026/123456/07 or YYMMDD XXXX XX 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Attention</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 AND POSITION OF THE PERSON WHO PAYS]</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Delivery address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[PHYSICAL ADDRESS FOR SERVICE]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Email</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[accounts@customer.co.za]</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Date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Our reference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 OR CUSTOMER NUMBER]</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Delivered by</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[By hand and by registered post number </w:t>
            </w:r>
            <w:r>
              <w:rPr>
                <w:rFonts w:ascii="Open Sans" w:hAnsi="Open Sans"/>
                <w:b w:val="0"/>
                <w:i w:val="0"/>
                <w:color w:val="21759B"/>
                <w:sz w:val="19"/>
              </w:rPr>
              <w:t>[RR XXX XXX XXX ZA]</w:t>
            </w:r>
            <w:r>
              <w:rPr>
                <w:rFonts w:ascii="Open Sans" w:hAnsi="Open Sans"/>
                <w:b w:val="0"/>
                <w:i w:val="0"/>
                <w:sz w:val="19"/>
              </w:rPr>
              <w:t>]</w:t>
            </w:r>
          </w:p>
        </w:tc>
      </w:tr>
    </w:tbl>
    <w:p>
      <w:pPr>
        <w:spacing w:after="80"/>
      </w:pPr>
    </w:p>
    <w:p>
      <w:pPr>
        <w:spacing w:after="160" w:before="0"/>
      </w:pPr>
      <w:r>
        <w:rPr>
          <w:rFonts w:ascii="Open Sans" w:hAnsi="Open Sans"/>
          <w:b w:val="0"/>
          <w:i w:val="0"/>
          <w:sz w:val="21"/>
        </w:rPr>
        <w:t>Dear Sir or Madam</w:t>
      </w:r>
    </w:p>
    <w:p>
      <w:pPr>
        <w:spacing w:after="160" w:before="0"/>
      </w:pPr>
      <w:r>
        <w:rPr>
          <w:rFonts w:ascii="Open Sans" w:hAnsi="Open Sans"/>
          <w:b/>
          <w:i w:val="0"/>
          <w:sz w:val="21"/>
        </w:rPr>
        <w:t xml:space="preserve">LETTER OF DEMAND: </w:t>
      </w:r>
      <w:r>
        <w:rPr>
          <w:rFonts w:ascii="Open Sans" w:hAnsi="Open Sans"/>
          <w:b/>
          <w:i w:val="0"/>
          <w:color w:val="21759B"/>
          <w:sz w:val="21"/>
        </w:rPr>
        <w:t>[YOUR COMPANY NAME]</w:t>
      </w:r>
      <w:r>
        <w:rPr>
          <w:rFonts w:ascii="Open Sans" w:hAnsi="Open Sans"/>
          <w:b/>
          <w:i w:val="0"/>
          <w:sz w:val="21"/>
        </w:rPr>
        <w:t xml:space="preserve"> AND </w:t>
      </w:r>
      <w:r>
        <w:rPr>
          <w:rFonts w:ascii="Open Sans" w:hAnsi="Open Sans"/>
          <w:b/>
          <w:i w:val="0"/>
          <w:color w:val="21759B"/>
          <w:sz w:val="21"/>
        </w:rPr>
        <w:t>[CUSTOMER FULL LEGAL NAME]</w:t>
      </w:r>
      <w:r>
        <w:rPr>
          <w:rFonts w:ascii="Open Sans" w:hAnsi="Open Sans"/>
          <w:b/>
          <w:i w:val="0"/>
          <w:sz w:val="21"/>
        </w:rPr>
        <w:t xml:space="preserve">, R </w:t>
      </w:r>
      <w:r>
        <w:rPr>
          <w:rFonts w:ascii="Open Sans" w:hAnsi="Open Sans"/>
          <w:b/>
          <w:i w:val="0"/>
          <w:color w:val="21759B"/>
          <w:sz w:val="21"/>
        </w:rPr>
        <w:t>[AMOUNT]</w:t>
      </w:r>
    </w:p>
    <w:p>
      <w:pPr>
        <w:spacing w:after="60" w:before="0"/>
      </w:pPr>
      <w:r>
        <w:rPr>
          <w:rFonts w:ascii="Open Sans" w:hAnsi="Open Sans"/>
          <w:b/>
          <w:i w:val="0"/>
          <w:sz w:val="21"/>
        </w:rPr>
        <w:t>1. The parties and the agreement</w:t>
      </w:r>
    </w:p>
    <w:p>
      <w:pPr>
        <w:spacing w:after="120" w:before="0"/>
        <w:jc w:val="both"/>
      </w:pPr>
      <w:r>
        <w:rPr>
          <w:rFonts w:ascii="Open Sans" w:hAnsi="Open Sans"/>
          <w:b w:val="0"/>
          <w:i w:val="0"/>
          <w:sz w:val="21"/>
        </w:rPr>
        <w:t xml:space="preserve">We are </w:t>
      </w:r>
      <w:r>
        <w:rPr>
          <w:rFonts w:ascii="Open Sans" w:hAnsi="Open Sans"/>
          <w:b w:val="0"/>
          <w:i w:val="0"/>
          <w:color w:val="21759B"/>
          <w:sz w:val="21"/>
        </w:rPr>
        <w:t>[YOUR COMPANY NAME]</w:t>
      </w:r>
      <w:r>
        <w:rPr>
          <w:rFonts w:ascii="Open Sans" w:hAnsi="Open Sans"/>
          <w:b w:val="0"/>
          <w:i w:val="0"/>
          <w:sz w:val="21"/>
        </w:rPr>
        <w:t xml:space="preserve">, [registration number </w:t>
      </w:r>
      <w:r>
        <w:rPr>
          <w:rFonts w:ascii="Open Sans" w:hAnsi="Open Sans"/>
          <w:b w:val="0"/>
          <w:i w:val="0"/>
          <w:color w:val="21759B"/>
          <w:sz w:val="21"/>
        </w:rPr>
        <w:t>[2026/123456/07]</w:t>
      </w:r>
      <w:r>
        <w:rPr>
          <w:rFonts w:ascii="Open Sans" w:hAnsi="Open Sans"/>
          <w:b w:val="0"/>
          <w:i w:val="0"/>
          <w:sz w:val="21"/>
        </w:rPr>
        <w:t xml:space="preserve"> / trading as a sole proprietor], of </w:t>
      </w:r>
      <w:r>
        <w:rPr>
          <w:rFonts w:ascii="Open Sans" w:hAnsi="Open Sans"/>
          <w:b w:val="0"/>
          <w:i w:val="0"/>
          <w:color w:val="21759B"/>
          <w:sz w:val="21"/>
        </w:rPr>
        <w:t>[YOUR ADDRESS]</w:t>
      </w:r>
      <w:r>
        <w:rPr>
          <w:rFonts w:ascii="Open Sans" w:hAnsi="Open Sans"/>
          <w:b w:val="0"/>
          <w:i w:val="0"/>
          <w:sz w:val="21"/>
        </w:rPr>
        <w:t xml:space="preserve">. On or about </w:t>
      </w:r>
      <w:r>
        <w:rPr>
          <w:rFonts w:ascii="Open Sans" w:hAnsi="Open Sans"/>
          <w:b w:val="0"/>
          <w:i w:val="0"/>
          <w:color w:val="21759B"/>
          <w:sz w:val="21"/>
        </w:rPr>
        <w:t>[DD Month YYYY]</w:t>
      </w:r>
      <w:r>
        <w:rPr>
          <w:rFonts w:ascii="Open Sans" w:hAnsi="Open Sans"/>
          <w:b w:val="0"/>
          <w:i w:val="0"/>
          <w:sz w:val="21"/>
        </w:rPr>
        <w:t xml:space="preserve"> you and we concluded an agreement in terms of which we would supply </w:t>
      </w:r>
      <w:r>
        <w:rPr>
          <w:rFonts w:ascii="Open Sans" w:hAnsi="Open Sans"/>
          <w:b w:val="0"/>
          <w:i w:val="0"/>
          <w:color w:val="21759B"/>
          <w:sz w:val="21"/>
        </w:rPr>
        <w:t>[DESCRIBE THE GOODS OR SERVICES]</w:t>
      </w:r>
      <w:r>
        <w:rPr>
          <w:rFonts w:ascii="Open Sans" w:hAnsi="Open Sans"/>
          <w:b w:val="0"/>
          <w:i w:val="0"/>
          <w:sz w:val="21"/>
        </w:rPr>
        <w:t xml:space="preserve"> to you, on our standard terms, payment being due </w:t>
      </w:r>
      <w:r>
        <w:rPr>
          <w:rFonts w:ascii="Open Sans" w:hAnsi="Open Sans"/>
          <w:b w:val="0"/>
          <w:i w:val="0"/>
          <w:color w:val="21759B"/>
          <w:sz w:val="21"/>
        </w:rPr>
        <w:t>[30]</w:t>
      </w:r>
      <w:r>
        <w:rPr>
          <w:rFonts w:ascii="Open Sans" w:hAnsi="Open Sans"/>
          <w:b w:val="0"/>
          <w:i w:val="0"/>
          <w:sz w:val="21"/>
        </w:rPr>
        <w:t xml:space="preserve"> days from date of statement.</w:t>
      </w:r>
    </w:p>
    <w:p>
      <w:pPr>
        <w:spacing w:after="60" w:before="0"/>
      </w:pPr>
      <w:r>
        <w:rPr>
          <w:rFonts w:ascii="Open Sans" w:hAnsi="Open Sans"/>
          <w:b/>
          <w:i w:val="0"/>
          <w:sz w:val="21"/>
        </w:rPr>
        <w:t>2. What we did</w:t>
      </w:r>
    </w:p>
    <w:p>
      <w:pPr>
        <w:spacing w:after="120" w:before="0"/>
        <w:jc w:val="both"/>
      </w:pPr>
      <w:r>
        <w:rPr>
          <w:rFonts w:ascii="Open Sans" w:hAnsi="Open Sans"/>
          <w:b w:val="0"/>
          <w:i w:val="0"/>
          <w:sz w:val="21"/>
        </w:rPr>
        <w:t>We delivered the goods and rendered the services in full, on the dates reflected in the invoices listed below. You accepted them without complaint. Copies of the invoices, the signed delivery notes or job cards, and the statement of account are attached.</w:t>
      </w:r>
    </w:p>
    <w:p>
      <w:pPr>
        <w:spacing w:after="60" w:before="0"/>
      </w:pPr>
      <w:r>
        <w:rPr>
          <w:rFonts w:ascii="Open Sans" w:hAnsi="Open Sans"/>
          <w:b/>
          <w:i w:val="0"/>
          <w:sz w:val="21"/>
        </w:rPr>
        <w:t>3. The amount owing</w:t>
      </w:r>
    </w:p>
    <w:tbl>
      <w:tblPr>
        <w:tblW w:type="dxa" w:w="9025"/>
        <w:jc w:val="center"/>
        <w:tblLayout w:type="fixed"/>
        <w:tblLook w:firstColumn="1" w:firstRow="1" w:lastColumn="0" w:lastRow="0" w:noHBand="0" w:noVBand="1" w:val="04A0"/>
      </w:tblPr>
      <w:tblGrid>
        <w:gridCol w:w="2166"/>
        <w:gridCol w:w="1714"/>
        <w:gridCol w:w="1714"/>
        <w:gridCol w:w="1353"/>
        <w:gridCol w:w="2075"/>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INVOICE NUMBER</w:t>
            </w:r>
          </w:p>
        </w:tc>
        <w:tc>
          <w:tcPr>
            <w:tcW w:type="dxa" w:w="17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INVOICE DATE</w:t>
            </w:r>
          </w:p>
        </w:tc>
        <w:tc>
          <w:tcPr>
            <w:tcW w:type="dxa" w:w="171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DUE DATE</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DAYS OVERDUE</w:t>
            </w:r>
          </w:p>
        </w:tc>
        <w:tc>
          <w:tcPr>
            <w:tcW w:type="dxa" w:w="207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AMOUNT</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[INV-2026-001]</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[00]</w:t>
            </w: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[INV-2026-002]</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[00]</w:t>
            </w:r>
          </w:p>
        </w:tc>
        <w:tc>
          <w:tcPr>
            <w:tcW w:type="dxa" w:w="207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Less payments and credits</w:t>
            </w: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71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p>
        </w:tc>
        <w:tc>
          <w:tcPr>
            <w:tcW w:type="dxa" w:w="207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 due</w:t>
            </w: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71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p>
        </w:tc>
        <w:tc>
          <w:tcPr>
            <w:tcW w:type="dxa" w:w="207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r>
    </w:tbl>
    <w:p>
      <w:pPr>
        <w:spacing w:after="120" w:before="120"/>
        <w:jc w:val="both"/>
      </w:pPr>
      <w:r>
        <w:rPr>
          <w:rFonts w:ascii="Open Sans" w:hAnsi="Open Sans"/>
          <w:b w:val="0"/>
          <w:i w:val="0"/>
          <w:sz w:val="21"/>
        </w:rPr>
        <w:t xml:space="preserve">The total amount due, owing and payable by you to us is R </w:t>
      </w:r>
      <w:r>
        <w:rPr>
          <w:rFonts w:ascii="Open Sans" w:hAnsi="Open Sans"/>
          <w:b w:val="0"/>
          <w:i w:val="0"/>
          <w:color w:val="21759B"/>
          <w:sz w:val="21"/>
        </w:rPr>
        <w:t>[AMOUNT]</w:t>
      </w:r>
      <w:r>
        <w:rPr>
          <w:rFonts w:ascii="Open Sans" w:hAnsi="Open Sans"/>
          <w:b w:val="0"/>
          <w:i w:val="0"/>
          <w:sz w:val="21"/>
        </w:rPr>
        <w:t xml:space="preserve"> (</w:t>
      </w:r>
      <w:r>
        <w:rPr>
          <w:rFonts w:ascii="Open Sans" w:hAnsi="Open Sans"/>
          <w:b w:val="0"/>
          <w:i w:val="0"/>
          <w:color w:val="21759B"/>
          <w:sz w:val="21"/>
        </w:rPr>
        <w:t>[AMOUNT IN WORDS]</w:t>
      </w:r>
      <w:r>
        <w:rPr>
          <w:rFonts w:ascii="Open Sans" w:hAnsi="Open Sans"/>
          <w:b w:val="0"/>
          <w:i w:val="0"/>
          <w:sz w:val="21"/>
        </w:rPr>
        <w:t xml:space="preserve"> rand), which fell due on </w:t>
      </w:r>
      <w:r>
        <w:rPr>
          <w:rFonts w:ascii="Open Sans" w:hAnsi="Open Sans"/>
          <w:b w:val="0"/>
          <w:i w:val="0"/>
          <w:color w:val="21759B"/>
          <w:sz w:val="21"/>
        </w:rPr>
        <w:t>[DD Month YYYY]</w:t>
      </w:r>
      <w:r>
        <w:rPr>
          <w:rFonts w:ascii="Open Sans" w:hAnsi="Open Sans"/>
          <w:b w:val="0"/>
          <w:i w:val="0"/>
          <w:sz w:val="21"/>
        </w:rPr>
        <w:t xml:space="preserve"> and remains unpaid.</w:t>
      </w:r>
    </w:p>
    <w:p>
      <w:pPr>
        <w:spacing w:after="60" w:before="0"/>
      </w:pPr>
      <w:r>
        <w:rPr>
          <w:rFonts w:ascii="Open Sans" w:hAnsi="Open Sans"/>
          <w:b/>
          <w:i w:val="0"/>
          <w:sz w:val="21"/>
        </w:rPr>
        <w:t>4. Interest</w:t>
      </w:r>
    </w:p>
    <w:p>
      <w:pPr>
        <w:spacing w:after="120" w:before="0"/>
        <w:jc w:val="both"/>
      </w:pPr>
      <w:r>
        <w:rPr>
          <w:rFonts w:ascii="Open Sans" w:hAnsi="Open Sans"/>
          <w:b w:val="0"/>
          <w:i w:val="0"/>
          <w:sz w:val="21"/>
        </w:rPr>
        <w:t xml:space="preserve">[Interest is payable on the outstanding amount at </w:t>
      </w:r>
      <w:r>
        <w:rPr>
          <w:rFonts w:ascii="Open Sans" w:hAnsi="Open Sans"/>
          <w:b w:val="0"/>
          <w:i w:val="0"/>
          <w:color w:val="21759B"/>
          <w:sz w:val="21"/>
        </w:rPr>
        <w:t>[2]</w:t>
      </w:r>
      <w:r>
        <w:rPr>
          <w:rFonts w:ascii="Open Sans" w:hAnsi="Open Sans"/>
          <w:b w:val="0"/>
          <w:i w:val="0"/>
          <w:sz w:val="21"/>
        </w:rPr>
        <w:t xml:space="preserve">% per month from </w:t>
      </w:r>
      <w:r>
        <w:rPr>
          <w:rFonts w:ascii="Open Sans" w:hAnsi="Open Sans"/>
          <w:b w:val="0"/>
          <w:i w:val="0"/>
          <w:color w:val="21759B"/>
          <w:sz w:val="21"/>
        </w:rPr>
        <w:t>[DD Month YYYY]</w:t>
      </w:r>
      <w:r>
        <w:rPr>
          <w:rFonts w:ascii="Open Sans" w:hAnsi="Open Sans"/>
          <w:b w:val="0"/>
          <w:i w:val="0"/>
          <w:sz w:val="21"/>
        </w:rPr>
        <w:t xml:space="preserve"> to date of payment, in terms of clause </w:t>
      </w:r>
      <w:r>
        <w:rPr>
          <w:rFonts w:ascii="Open Sans" w:hAnsi="Open Sans"/>
          <w:b w:val="0"/>
          <w:i w:val="0"/>
          <w:color w:val="21759B"/>
          <w:sz w:val="21"/>
        </w:rPr>
        <w:t>[X]</w:t>
      </w:r>
      <w:r>
        <w:rPr>
          <w:rFonts w:ascii="Open Sans" w:hAnsi="Open Sans"/>
          <w:b w:val="0"/>
          <w:i w:val="0"/>
          <w:sz w:val="21"/>
        </w:rPr>
        <w:t xml:space="preserve"> of our terms of supply, which you accepted. / No interest rate was agreed, and we claim interest at the prescribed rate in terms of the Prescribed Rate of Interest Act 55 of 1975 from date of demand to date of payment. Delete whichever does not apply.]</w:t>
      </w:r>
    </w:p>
    <w:p>
      <w:pPr>
        <w:spacing w:after="60" w:before="0"/>
      </w:pPr>
      <w:r>
        <w:rPr>
          <w:rFonts w:ascii="Open Sans" w:hAnsi="Open Sans"/>
          <w:b/>
          <w:i w:val="0"/>
          <w:sz w:val="21"/>
        </w:rPr>
        <w:t>5. Demand</w:t>
      </w:r>
    </w:p>
    <w:p>
      <w:pPr>
        <w:spacing w:after="120" w:before="0"/>
        <w:jc w:val="both"/>
      </w:pPr>
      <w:r>
        <w:rPr>
          <w:rFonts w:ascii="Open Sans" w:hAnsi="Open Sans"/>
          <w:b w:val="0"/>
          <w:i w:val="0"/>
          <w:sz w:val="21"/>
        </w:rPr>
        <w:t xml:space="preserve">We hereby demand payment of the sum of R </w:t>
      </w:r>
      <w:r>
        <w:rPr>
          <w:rFonts w:ascii="Open Sans" w:hAnsi="Open Sans"/>
          <w:b w:val="0"/>
          <w:i w:val="0"/>
          <w:color w:val="21759B"/>
          <w:sz w:val="21"/>
        </w:rPr>
        <w:t>[AMOUNT]</w:t>
      </w:r>
      <w:r>
        <w:rPr>
          <w:rFonts w:ascii="Open Sans" w:hAnsi="Open Sans"/>
          <w:b w:val="0"/>
          <w:i w:val="0"/>
          <w:sz w:val="21"/>
        </w:rPr>
        <w:t xml:space="preserve">, together with interest as set out above, by no later than </w:t>
      </w:r>
      <w:r>
        <w:rPr>
          <w:rFonts w:ascii="Open Sans" w:hAnsi="Open Sans"/>
          <w:b w:val="0"/>
          <w:i w:val="0"/>
          <w:color w:val="21759B"/>
          <w:sz w:val="21"/>
        </w:rPr>
        <w:t>[DD Month YYYY]</w:t>
      </w:r>
      <w:r>
        <w:rPr>
          <w:rFonts w:ascii="Open Sans" w:hAnsi="Open Sans"/>
          <w:b w:val="0"/>
          <w:i w:val="0"/>
          <w:sz w:val="21"/>
        </w:rPr>
        <w:t xml:space="preserve">, being </w:t>
      </w:r>
      <w:r>
        <w:rPr>
          <w:rFonts w:ascii="Open Sans" w:hAnsi="Open Sans"/>
          <w:b w:val="0"/>
          <w:i w:val="0"/>
          <w:color w:val="21759B"/>
          <w:sz w:val="21"/>
        </w:rPr>
        <w:t>[14]</w:t>
      </w:r>
      <w:r>
        <w:rPr>
          <w:rFonts w:ascii="Open Sans" w:hAnsi="Open Sans"/>
          <w:b w:val="0"/>
          <w:i w:val="0"/>
          <w:sz w:val="21"/>
        </w:rPr>
        <w:t xml:space="preserve"> days from the date of this letter. Payment must be made to the account below, quoting reference </w:t>
      </w:r>
      <w:r>
        <w:rPr>
          <w:rFonts w:ascii="Open Sans" w:hAnsi="Open Sans"/>
          <w:b w:val="0"/>
          <w:i w:val="0"/>
          <w:color w:val="21759B"/>
          <w:sz w:val="21"/>
        </w:rPr>
        <w:t>[ACCOUNT OR CUSTOMER NUMBER]</w:t>
      </w:r>
      <w:r>
        <w:rPr>
          <w:rFonts w:ascii="Open Sans" w:hAnsi="Open Sans"/>
          <w:b w:val="0"/>
          <w:i w:val="0"/>
          <w:sz w:val="21"/>
        </w:rPr>
        <w:t xml:space="preserve">, and you must send the proof of payment to </w:t>
      </w:r>
      <w:r>
        <w:rPr>
          <w:rFonts w:ascii="Open Sans" w:hAnsi="Open Sans"/>
          <w:b w:val="0"/>
          <w:i w:val="0"/>
          <w:color w:val="21759B"/>
          <w:sz w:val="21"/>
        </w:rPr>
        <w:t>[email@yourbusiness.co.za]</w:t>
      </w:r>
      <w:r>
        <w:rPr>
          <w:rFonts w:ascii="Open Sans" w:hAnsi="Open Sans"/>
          <w:b w:val="0"/>
          <w:i w:val="0"/>
          <w:sz w:val="21"/>
        </w:rPr>
        <w:t xml:space="preserve"> on the day of payment.</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Account name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COMPANY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Bank and branch</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[BANK NAME]</w:t>
            </w:r>
            <w:r>
              <w:rPr>
                <w:rFonts w:ascii="Open Sans" w:hAnsi="Open Sans"/>
                <w:b w:val="0"/>
                <w:i w:val="0"/>
                <w:sz w:val="19"/>
              </w:rPr>
              <w:t xml:space="preserve">, </w:t>
            </w:r>
            <w:r>
              <w:rPr>
                <w:rFonts w:ascii="Open Sans" w:hAnsi="Open Sans"/>
                <w:b w:val="0"/>
                <w:i w:val="0"/>
                <w:color w:val="21759B"/>
                <w:sz w:val="19"/>
              </w:rPr>
              <w:t>[BRANCH]</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Account number</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[XXXXXXXXXX]</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Reference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 OR CUSTOMER NUMBER]</w:t>
            </w:r>
          </w:p>
        </w:tc>
      </w:tr>
    </w:tbl>
    <w:p>
      <w:pPr>
        <w:spacing w:after="60" w:before="0"/>
      </w:pPr>
      <w:r>
        <w:rPr>
          <w:rFonts w:ascii="Open Sans" w:hAnsi="Open Sans"/>
          <w:b/>
          <w:i w:val="0"/>
          <w:sz w:val="21"/>
        </w:rPr>
        <w:t>6. If you do not pay</w:t>
      </w:r>
    </w:p>
    <w:p>
      <w:pPr>
        <w:spacing w:after="120" w:before="0"/>
        <w:jc w:val="both"/>
      </w:pPr>
      <w:r>
        <w:rPr>
          <w:rFonts w:ascii="Open Sans" w:hAnsi="Open Sans"/>
          <w:b w:val="0"/>
          <w:i w:val="0"/>
          <w:sz w:val="21"/>
        </w:rPr>
        <w:t xml:space="preserve">Should the full amount not be received by </w:t>
      </w:r>
      <w:r>
        <w:rPr>
          <w:rFonts w:ascii="Open Sans" w:hAnsi="Open Sans"/>
          <w:b w:val="0"/>
          <w:i w:val="0"/>
          <w:color w:val="21759B"/>
          <w:sz w:val="21"/>
        </w:rPr>
        <w:t>[DD Month YYYY]</w:t>
      </w:r>
      <w:r>
        <w:rPr>
          <w:rFonts w:ascii="Open Sans" w:hAnsi="Open Sans"/>
          <w:b w:val="0"/>
          <w:i w:val="0"/>
          <w:sz w:val="21"/>
        </w:rPr>
        <w:t>, we will, without further notice to you, institute legal proceedings against you for payment of the amount claimed, together with interest and costs, and we will suspend all further supply to you on account. Any legal proceedings will be instituted in the court having jurisdiction.</w:t>
      </w:r>
    </w:p>
    <w:p>
      <w:pPr>
        <w:spacing w:after="60" w:before="0"/>
      </w:pPr>
      <w:r>
        <w:rPr>
          <w:rFonts w:ascii="Open Sans" w:hAnsi="Open Sans"/>
          <w:b/>
          <w:i w:val="0"/>
          <w:sz w:val="21"/>
        </w:rPr>
        <w:t>7. If you dispute the amount, or cannot pay it all at once</w:t>
      </w:r>
    </w:p>
    <w:p>
      <w:pPr>
        <w:spacing w:after="120" w:before="0"/>
        <w:jc w:val="both"/>
      </w:pPr>
      <w:r>
        <w:rPr>
          <w:rFonts w:ascii="Open Sans" w:hAnsi="Open Sans"/>
          <w:b w:val="0"/>
          <w:i w:val="0"/>
          <w:sz w:val="21"/>
        </w:rPr>
        <w:t xml:space="preserve">If you dispute any part of this account, please set out in writing, by </w:t>
      </w:r>
      <w:r>
        <w:rPr>
          <w:rFonts w:ascii="Open Sans" w:hAnsi="Open Sans"/>
          <w:b w:val="0"/>
          <w:i w:val="0"/>
          <w:color w:val="21759B"/>
          <w:sz w:val="21"/>
        </w:rPr>
        <w:t>[DD Month YYYY]</w:t>
      </w:r>
      <w:r>
        <w:rPr>
          <w:rFonts w:ascii="Open Sans" w:hAnsi="Open Sans"/>
          <w:b w:val="0"/>
          <w:i w:val="0"/>
          <w:sz w:val="21"/>
        </w:rPr>
        <w:t xml:space="preserve">, exactly which invoice or line item you dispute and on what grounds, and pay the balance that is not in dispute in the meantime. If you admit the debt but cannot pay it in one amount, contact </w:t>
      </w:r>
      <w:r>
        <w:rPr>
          <w:rFonts w:ascii="Open Sans" w:hAnsi="Open Sans"/>
          <w:b w:val="0"/>
          <w:i w:val="0"/>
          <w:color w:val="21759B"/>
          <w:sz w:val="21"/>
        </w:rPr>
        <w:t>[NAME]</w:t>
      </w:r>
      <w:r>
        <w:rPr>
          <w:rFonts w:ascii="Open Sans" w:hAnsi="Open Sans"/>
          <w:b w:val="0"/>
          <w:i w:val="0"/>
          <w:sz w:val="21"/>
        </w:rPr>
        <w:t xml:space="preserve"> on </w:t>
      </w:r>
      <w:r>
        <w:rPr>
          <w:rFonts w:ascii="Open Sans" w:hAnsi="Open Sans"/>
          <w:b w:val="0"/>
          <w:i w:val="0"/>
          <w:color w:val="21759B"/>
          <w:sz w:val="21"/>
        </w:rPr>
        <w:t>[+27 XX XXX XXXX]</w:t>
      </w:r>
      <w:r>
        <w:rPr>
          <w:rFonts w:ascii="Open Sans" w:hAnsi="Open Sans"/>
          <w:b w:val="0"/>
          <w:i w:val="0"/>
          <w:sz w:val="21"/>
        </w:rPr>
        <w:t xml:space="preserve"> to discuss a written payment arrangement. We would rather agree a plan than litigate.</w:t>
      </w:r>
    </w:p>
    <w:p>
      <w:pPr>
        <w:spacing w:after="60" w:before="0"/>
      </w:pPr>
      <w:r>
        <w:rPr>
          <w:rFonts w:ascii="Open Sans" w:hAnsi="Open Sans"/>
          <w:b/>
          <w:i w:val="0"/>
          <w:sz w:val="21"/>
        </w:rPr>
        <w:t>8. Rights reserved</w:t>
      </w:r>
    </w:p>
    <w:p>
      <w:pPr>
        <w:spacing w:after="120" w:before="0"/>
        <w:jc w:val="both"/>
      </w:pPr>
      <w:r>
        <w:rPr>
          <w:rFonts w:ascii="Open Sans" w:hAnsi="Open Sans"/>
          <w:b w:val="0"/>
          <w:i w:val="0"/>
          <w:sz w:val="21"/>
        </w:rPr>
        <w:t>All our rights remain reserved, including any right to cancel the agreement, to reclaim goods in which ownership was reserved, and to claim damages.</w:t>
      </w:r>
    </w:p>
    <w:p>
      <w:pPr>
        <w:spacing w:after="80"/>
      </w:pPr>
    </w:p>
    <w:p>
      <w:pPr>
        <w:spacing w:after="280" w:before="0"/>
      </w:pPr>
      <w:r>
        <w:rPr>
          <w:rFonts w:ascii="Open Sans" w:hAnsi="Open Sans"/>
          <w:b w:val="0"/>
          <w:i w:val="0"/>
          <w:sz w:val="21"/>
        </w:rPr>
        <w:t>Yours faithfully</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Signature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[Sign here]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Full name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FULL NAME]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Capacity</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[Owner / Director / Credit controller]</w:t>
            </w:r>
            <w:r>
              <w:rPr>
                <w:rFonts w:ascii="Open Sans" w:hAnsi="Open Sans"/>
                <w:b w:val="0"/>
                <w:i w:val="0"/>
                <w:sz w:val="19"/>
              </w:rPr>
              <w:t xml:space="preserve"> of </w:t>
            </w:r>
            <w:r>
              <w:rPr>
                <w:rFonts w:ascii="Open Sans" w:hAnsi="Open Sans"/>
                <w:b w:val="0"/>
                <w:i w:val="0"/>
                <w:color w:val="21759B"/>
                <w:sz w:val="19"/>
              </w:rPr>
              <w:t>[YOUR COMPANY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Contact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[+27 XX XXX XXXX]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Email</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[email@yourbusiness.co.za]</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Date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Attach: the statement of account, copies of every invoice listed, the signed delivery notes or job cards, and the accepted quotation or signed credit application. A demand with the proof attached settles far more often than a demand on its own.</w:t>
      </w:r>
    </w:p>
    <w:p>
      <w:r>
        <w:br w:type="page"/>
      </w:r>
    </w:p>
    <w:p>
      <w:pPr>
        <w:spacing w:before="0" w:after="20"/>
      </w:pPr>
      <w:r>
        <w:rPr>
          <w:rFonts w:ascii="Montserrat" w:hAnsi="Montserrat"/>
          <w:b/>
          <w:color w:val="21759B"/>
          <w:sz w:val="18"/>
        </w:rPr>
        <w:t>LETTER 3</w:t>
      </w:r>
    </w:p>
    <w:p>
      <w:pPr>
        <w:spacing w:before="0" w:after="40"/>
      </w:pPr>
      <w:r>
        <w:rPr>
          <w:rFonts w:ascii="Montserrat" w:hAnsi="Montserrat"/>
          <w:b/>
          <w:color w:val="191C4A"/>
          <w:sz w:val="30"/>
        </w:rPr>
        <w:t>SECTION 129 COMPLIANT DEMAND</w:t>
      </w:r>
    </w:p>
    <w:p>
      <w:pPr>
        <w:spacing w:before="0" w:after="160"/>
      </w:pPr>
      <w:r>
        <w:rPr>
          <w:rFonts w:ascii="Open Sans" w:hAnsi="Open Sans"/>
          <w:color w:val="6B6870"/>
          <w:sz w:val="19"/>
        </w:rPr>
        <w:t>Where the account carries interest or a late fee and is therefore an incidental credit agreement under the National Credit Act.</w:t>
      </w:r>
    </w:p>
    <w:p>
      <w:pPr>
        <w:spacing w:before="80" w:after="160"/>
        <w:pBdr>
          <w:bottom w:val="single" w:sz="6" w:space="1" w:color="E0DDD4"/>
        </w:pBdr>
      </w:pPr>
    </w:p>
    <w:p>
      <w:pPr>
        <w:spacing w:after="120" w:before="0"/>
      </w:pPr>
      <w:r>
        <w:rPr>
          <w:rFonts w:ascii="Open Sans" w:hAnsi="Open Sans"/>
          <w:b/>
          <w:i w:val="0"/>
          <w:sz w:val="21"/>
        </w:rPr>
        <w:t>When you need this letter</w:t>
      </w:r>
    </w:p>
    <w:p>
      <w:pPr>
        <w:spacing w:after="120" w:before="0"/>
        <w:jc w:val="both"/>
      </w:pPr>
      <w:r>
        <w:rPr>
          <w:rFonts w:ascii="Open Sans" w:hAnsi="Open Sans"/>
          <w:b w:val="0"/>
          <w:i w:val="0"/>
          <w:sz w:val="21"/>
        </w:rPr>
        <w:t>The moment your quotation, invoice or terms say something like "interest of 2% per month is charged on overdue accounts" or "a late payment fee of R250 applies", and that charge becomes payable, you have created an incidental credit agreement as defined in section 1 of the National Credit Act 34 of 2005. Section 5(2) treats the agreement as coming into existence 20 business days after the day on which the fee, charge or interest first became payable.</w:t>
      </w:r>
    </w:p>
    <w:p>
      <w:pPr>
        <w:spacing w:after="120" w:before="0"/>
        <w:jc w:val="both"/>
      </w:pPr>
      <w:r>
        <w:rPr>
          <w:rFonts w:ascii="Open Sans" w:hAnsi="Open Sans"/>
          <w:b w:val="0"/>
          <w:i w:val="0"/>
          <w:sz w:val="21"/>
        </w:rPr>
        <w:t>You do not have to register as a credit provider for this, and the affordability assessment does not apply. What does apply is the debt enforcement part of the Act, which means a section 129 notice before you sue. A summons issued without one is sent back, and your costs are wasted.</w:t>
      </w:r>
    </w:p>
    <w:tbl>
      <w:tblPr>
        <w:tblW w:type="dxa" w:w="9025"/>
        <w:jc w:val="center"/>
        <w:tblLayout w:type="fixed"/>
        <w:tblLook w:firstColumn="1" w:firstRow="1" w:lastColumn="0" w:lastRow="0" w:noHBand="0" w:noVBand="1" w:val="04A0"/>
      </w:tblPr>
      <w:tblGrid>
        <w:gridCol w:w="2346"/>
        <w:gridCol w:w="6679"/>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REQUIREMENT</w:t>
            </w:r>
          </w:p>
        </w:tc>
        <w:tc>
          <w:tcPr>
            <w:tcW w:type="dxa" w:w="66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 ACT SAYS</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The consumer must already be well in default</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130(1): you may approach a court only if the consumer has been in default for at least 20 business days.</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What the notice must do</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129(1)(a): draw the default to the notice of the consumer in writing and propose that the consumer refer the agreement to a debt counsellor, an alternative dispute resolution agent, a consumer court or an ombud with jurisdiction, with the intent that the parties resolve the dispute or agree a plan to bring the payments up to date. All four options must be named.</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How long you must then wait</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130(1): at least 10 business days must have elapsed since the notice was delivered, and the consumer must have either not responded or rejected your proposals.</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How it must be delivered</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 129(5): by registered mail, or to an adult person at the location designated by the consumer. Section 129(6): the consumer indicates the preferred manner in writing. Section 129(7): proof is the post office's written confirmation, or the recipient's signature or identification.</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What the courts require of the proof</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Sebola v Standard Bank (Constitutional Court, 2012): actual receipt need not be proved, but dispatch alone is not enough. You must produce a post office track and trace report showing the notice reached the correct post office for the address the consumer chose, and that a notification was issued. Kubyana v Standard Bank (Constitutional Court, 2014) confirmed this and held that once you have shown that, the onus shifts to the consumer to explain why it did not reach them.</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8"/>
              </w:rPr>
              <w:t>Reinstatement</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Sections 129(3) and (4): the consumer may reinstate the agreement at any time before cancellation, or before attached property is sold, by paying all overdue amounts plus default charges and reasonable enforcement costs. Money you receive after the notice can revive the agreement, so record what any payment is for.</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Send this by registered post to the address the customer gave you, and keep the post office slip and the printed track and trace. Email on its own does not satisfy section 129(5). Send an emailed copy as well, by all means, but the registered post is the one that counts.</w:t>
      </w:r>
    </w:p>
    <w:p>
      <w:r>
        <w:br w:type="page"/>
      </w:r>
    </w:p>
    <w:p>
      <w:pPr>
        <w:spacing w:after="200" w:before="0"/>
        <w:jc w:val="center"/>
      </w:pPr>
      <w:r>
        <w:rPr>
          <w:rFonts w:ascii="Open Sans" w:hAnsi="Open Sans"/>
          <w:b/>
          <w:i w:val="0"/>
          <w:sz w:val="21"/>
        </w:rPr>
        <w:t>NOTICE IN TERMS OF SECTION 129(1)(a) OF THE NATIONAL CREDIT ACT 34 OF 2005</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To</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[CUSTOMER OR DEBTOR FULL LEGAL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Registration or identity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[2026/123456/07 or YYMMDD XXXX XX 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Attention</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 AND POSITION OF THE PERSON WHO PAYS]</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Delivery address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[PHYSICAL ADDRESS FOR SERVICE]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Email</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[accounts@customer.co.za]</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Date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Our reference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 OR CUSTOMER NUMBER]</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Delivered by</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[Registered post number </w:t>
            </w:r>
            <w:r>
              <w:rPr>
                <w:rFonts w:ascii="Open Sans" w:hAnsi="Open Sans"/>
                <w:b w:val="0"/>
                <w:i w:val="0"/>
                <w:color w:val="21759B"/>
                <w:sz w:val="19"/>
              </w:rPr>
              <w:t>[RR XXX XXX XXX ZA]</w:t>
            </w:r>
            <w:r>
              <w:rPr>
                <w:rFonts w:ascii="Open Sans" w:hAnsi="Open Sans"/>
                <w:b w:val="0"/>
                <w:i w:val="0"/>
                <w:sz w:val="19"/>
              </w:rPr>
              <w:t xml:space="preserve"> to the address designated by you]</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Agreement</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 NUMBER OR AGREEMENT REFERENCE]</w:t>
            </w:r>
          </w:p>
        </w:tc>
      </w:tr>
    </w:tbl>
    <w:p>
      <w:pPr>
        <w:spacing w:after="80"/>
      </w:pPr>
    </w:p>
    <w:p>
      <w:pPr>
        <w:spacing w:after="160" w:before="0"/>
      </w:pPr>
      <w:r>
        <w:rPr>
          <w:rFonts w:ascii="Open Sans" w:hAnsi="Open Sans"/>
          <w:b w:val="0"/>
          <w:i w:val="0"/>
          <w:sz w:val="21"/>
        </w:rPr>
        <w:t>Dear Sir or Madam</w:t>
      </w:r>
    </w:p>
    <w:p>
      <w:pPr>
        <w:spacing w:after="160" w:before="0"/>
      </w:pPr>
      <w:r>
        <w:rPr>
          <w:rFonts w:ascii="Open Sans" w:hAnsi="Open Sans"/>
          <w:b/>
          <w:i w:val="0"/>
          <w:sz w:val="21"/>
        </w:rPr>
        <w:t>NOTICE OF DEFAULT AND PROPOSAL IN TERMS OF SECTION 129(1)(a) OF THE NATIONAL CREDIT ACT 34 OF 2005</w:t>
      </w:r>
    </w:p>
    <w:p>
      <w:pPr>
        <w:spacing w:after="60" w:before="0"/>
      </w:pPr>
      <w:r>
        <w:rPr>
          <w:rFonts w:ascii="Open Sans" w:hAnsi="Open Sans"/>
          <w:b/>
          <w:i w:val="0"/>
          <w:sz w:val="21"/>
        </w:rPr>
        <w:t>1. The agreement</w:t>
      </w:r>
    </w:p>
    <w:p>
      <w:pPr>
        <w:spacing w:after="120" w:before="0"/>
        <w:jc w:val="both"/>
      </w:pPr>
      <w:r>
        <w:rPr>
          <w:rFonts w:ascii="Open Sans" w:hAnsi="Open Sans"/>
          <w:b w:val="0"/>
          <w:i w:val="0"/>
          <w:sz w:val="21"/>
        </w:rPr>
        <w:t xml:space="preserve">You hold account number </w:t>
      </w:r>
      <w:r>
        <w:rPr>
          <w:rFonts w:ascii="Open Sans" w:hAnsi="Open Sans"/>
          <w:b w:val="0"/>
          <w:i w:val="0"/>
          <w:color w:val="21759B"/>
          <w:sz w:val="21"/>
        </w:rPr>
        <w:t>[ACCOUNT NUMBER]</w:t>
      </w:r>
      <w:r>
        <w:rPr>
          <w:rFonts w:ascii="Open Sans" w:hAnsi="Open Sans"/>
          <w:b w:val="0"/>
          <w:i w:val="0"/>
          <w:sz w:val="21"/>
        </w:rPr>
        <w:t xml:space="preserve"> with </w:t>
      </w:r>
      <w:r>
        <w:rPr>
          <w:rFonts w:ascii="Open Sans" w:hAnsi="Open Sans"/>
          <w:b w:val="0"/>
          <w:i w:val="0"/>
          <w:color w:val="21759B"/>
          <w:sz w:val="21"/>
        </w:rPr>
        <w:t>[YOUR COMPANY NAME]</w:t>
      </w:r>
      <w:r>
        <w:rPr>
          <w:rFonts w:ascii="Open Sans" w:hAnsi="Open Sans"/>
          <w:b w:val="0"/>
          <w:i w:val="0"/>
          <w:sz w:val="21"/>
        </w:rPr>
        <w:t xml:space="preserve">. Goods or services were supplied to you on account, on terms which provide that [interest at </w:t>
      </w:r>
      <w:r>
        <w:rPr>
          <w:rFonts w:ascii="Open Sans" w:hAnsi="Open Sans"/>
          <w:b w:val="0"/>
          <w:i w:val="0"/>
          <w:color w:val="21759B"/>
          <w:sz w:val="21"/>
        </w:rPr>
        <w:t>[2]</w:t>
      </w:r>
      <w:r>
        <w:rPr>
          <w:rFonts w:ascii="Open Sans" w:hAnsi="Open Sans"/>
          <w:b w:val="0"/>
          <w:i w:val="0"/>
          <w:sz w:val="21"/>
        </w:rPr>
        <w:t xml:space="preserve">% per month / a late payment fee of R </w:t>
      </w:r>
      <w:r>
        <w:rPr>
          <w:rFonts w:ascii="Open Sans" w:hAnsi="Open Sans"/>
          <w:b w:val="0"/>
          <w:i w:val="0"/>
          <w:color w:val="21759B"/>
          <w:sz w:val="21"/>
        </w:rPr>
        <w:t>[AMOUNT]</w:t>
      </w:r>
      <w:r>
        <w:rPr>
          <w:rFonts w:ascii="Open Sans" w:hAnsi="Open Sans"/>
          <w:b w:val="0"/>
          <w:i w:val="0"/>
          <w:sz w:val="21"/>
        </w:rPr>
        <w:t>] becomes payable where an account is not paid by the due date. That account is an incidental credit agreement as defined in section 1 of the National Credit Act 34 of 2005.</w:t>
      </w:r>
    </w:p>
    <w:p>
      <w:pPr>
        <w:spacing w:after="60" w:before="0"/>
      </w:pPr>
      <w:r>
        <w:rPr>
          <w:rFonts w:ascii="Open Sans" w:hAnsi="Open Sans"/>
          <w:b/>
          <w:i w:val="0"/>
          <w:sz w:val="21"/>
        </w:rPr>
        <w:t>2. Your default</w:t>
      </w:r>
    </w:p>
    <w:p>
      <w:pPr>
        <w:spacing w:after="120" w:before="0"/>
        <w:jc w:val="both"/>
      </w:pPr>
      <w:r>
        <w:rPr>
          <w:rFonts w:ascii="Open Sans" w:hAnsi="Open Sans"/>
          <w:b w:val="0"/>
          <w:i w:val="0"/>
          <w:sz w:val="21"/>
        </w:rPr>
        <w:t xml:space="preserve">You are in default under that agreement. The amount of R </w:t>
      </w:r>
      <w:r>
        <w:rPr>
          <w:rFonts w:ascii="Open Sans" w:hAnsi="Open Sans"/>
          <w:b w:val="0"/>
          <w:i w:val="0"/>
          <w:color w:val="21759B"/>
          <w:sz w:val="21"/>
        </w:rPr>
        <w:t>[AMOUNT]</w:t>
      </w:r>
      <w:r>
        <w:rPr>
          <w:rFonts w:ascii="Open Sans" w:hAnsi="Open Sans"/>
          <w:b w:val="0"/>
          <w:i w:val="0"/>
          <w:sz w:val="21"/>
        </w:rPr>
        <w:t xml:space="preserve"> (</w:t>
      </w:r>
      <w:r>
        <w:rPr>
          <w:rFonts w:ascii="Open Sans" w:hAnsi="Open Sans"/>
          <w:b w:val="0"/>
          <w:i w:val="0"/>
          <w:color w:val="21759B"/>
          <w:sz w:val="21"/>
        </w:rPr>
        <w:t>[AMOUNT IN WORDS]</w:t>
      </w:r>
      <w:r>
        <w:rPr>
          <w:rFonts w:ascii="Open Sans" w:hAnsi="Open Sans"/>
          <w:b w:val="0"/>
          <w:i w:val="0"/>
          <w:sz w:val="21"/>
        </w:rPr>
        <w:t xml:space="preserve"> rand) fell due on </w:t>
      </w:r>
      <w:r>
        <w:rPr>
          <w:rFonts w:ascii="Open Sans" w:hAnsi="Open Sans"/>
          <w:b w:val="0"/>
          <w:i w:val="0"/>
          <w:color w:val="21759B"/>
          <w:sz w:val="21"/>
        </w:rPr>
        <w:t>[DD Month YYYY]</w:t>
      </w:r>
      <w:r>
        <w:rPr>
          <w:rFonts w:ascii="Open Sans" w:hAnsi="Open Sans"/>
          <w:b w:val="0"/>
          <w:i w:val="0"/>
          <w:sz w:val="21"/>
        </w:rPr>
        <w:t xml:space="preserve"> and remains unpaid. You have been in default for </w:t>
      </w:r>
      <w:r>
        <w:rPr>
          <w:rFonts w:ascii="Open Sans" w:hAnsi="Open Sans"/>
          <w:b w:val="0"/>
          <w:i w:val="0"/>
          <w:color w:val="21759B"/>
          <w:sz w:val="21"/>
        </w:rPr>
        <w:t>[NUMBER]</w:t>
      </w:r>
      <w:r>
        <w:rPr>
          <w:rFonts w:ascii="Open Sans" w:hAnsi="Open Sans"/>
          <w:b w:val="0"/>
          <w:i w:val="0"/>
          <w:sz w:val="21"/>
        </w:rPr>
        <w:t xml:space="preserve"> business days as at the date of this notice. A statement of account showing how the amount is made up is attached, together with copies of the invoices.</w:t>
      </w:r>
    </w:p>
    <w:p>
      <w:pPr>
        <w:spacing w:after="60" w:before="0"/>
      </w:pPr>
      <w:r>
        <w:rPr>
          <w:rFonts w:ascii="Open Sans" w:hAnsi="Open Sans"/>
          <w:b/>
          <w:i w:val="0"/>
          <w:sz w:val="21"/>
        </w:rPr>
        <w:t>3. Interest and charges</w:t>
      </w:r>
    </w:p>
    <w:p>
      <w:pPr>
        <w:spacing w:after="120" w:before="0"/>
        <w:jc w:val="both"/>
      </w:pPr>
      <w:r>
        <w:rPr>
          <w:rFonts w:ascii="Open Sans" w:hAnsi="Open Sans"/>
          <w:b w:val="0"/>
          <w:i w:val="0"/>
          <w:sz w:val="21"/>
        </w:rPr>
        <w:t xml:space="preserve">Interest is charged at </w:t>
      </w:r>
      <w:r>
        <w:rPr>
          <w:rFonts w:ascii="Open Sans" w:hAnsi="Open Sans"/>
          <w:b w:val="0"/>
          <w:i w:val="0"/>
          <w:color w:val="21759B"/>
          <w:sz w:val="21"/>
        </w:rPr>
        <w:t>[2]</w:t>
      </w:r>
      <w:r>
        <w:rPr>
          <w:rFonts w:ascii="Open Sans" w:hAnsi="Open Sans"/>
          <w:b w:val="0"/>
          <w:i w:val="0"/>
          <w:sz w:val="21"/>
        </w:rPr>
        <w:t xml:space="preserve">% per month, which is </w:t>
      </w:r>
      <w:r>
        <w:rPr>
          <w:rFonts w:ascii="Open Sans" w:hAnsi="Open Sans"/>
          <w:b w:val="0"/>
          <w:i w:val="0"/>
          <w:color w:val="21759B"/>
          <w:sz w:val="21"/>
        </w:rPr>
        <w:t>[24]</w:t>
      </w:r>
      <w:r>
        <w:rPr>
          <w:rFonts w:ascii="Open Sans" w:hAnsi="Open Sans"/>
          <w:b w:val="0"/>
          <w:i w:val="0"/>
          <w:sz w:val="21"/>
        </w:rPr>
        <w:t xml:space="preserve">% per year. This does not exceed the maximum prescribed for incidental credit agreements under the National Credit Regulations. The interest included in the amount claimed is R </w:t>
      </w:r>
      <w:r>
        <w:rPr>
          <w:rFonts w:ascii="Open Sans" w:hAnsi="Open Sans"/>
          <w:b w:val="0"/>
          <w:i w:val="0"/>
          <w:color w:val="21759B"/>
          <w:sz w:val="21"/>
        </w:rPr>
        <w:t>[AMOUNT]</w:t>
      </w:r>
      <w:r>
        <w:rPr>
          <w:rFonts w:ascii="Open Sans" w:hAnsi="Open Sans"/>
          <w:b w:val="0"/>
          <w:i w:val="0"/>
          <w:sz w:val="21"/>
        </w:rPr>
        <w:t xml:space="preserve">, calculated from </w:t>
      </w:r>
      <w:r>
        <w:rPr>
          <w:rFonts w:ascii="Open Sans" w:hAnsi="Open Sans"/>
          <w:b w:val="0"/>
          <w:i w:val="0"/>
          <w:color w:val="21759B"/>
          <w:sz w:val="21"/>
        </w:rPr>
        <w:t>[DD Month YYYY]</w:t>
      </w:r>
      <w:r>
        <w:rPr>
          <w:rFonts w:ascii="Open Sans" w:hAnsi="Open Sans"/>
          <w:b w:val="0"/>
          <w:i w:val="0"/>
          <w:sz w:val="21"/>
        </w:rPr>
        <w:t xml:space="preserve"> to </w:t>
      </w:r>
      <w:r>
        <w:rPr>
          <w:rFonts w:ascii="Open Sans" w:hAnsi="Open Sans"/>
          <w:b w:val="0"/>
          <w:i w:val="0"/>
          <w:color w:val="21759B"/>
          <w:sz w:val="21"/>
        </w:rPr>
        <w:t>[DD Month YYYY]</w:t>
      </w:r>
      <w:r>
        <w:rPr>
          <w:rFonts w:ascii="Open Sans" w:hAnsi="Open Sans"/>
          <w:b w:val="0"/>
          <w:i w:val="0"/>
          <w:sz w:val="21"/>
        </w:rPr>
        <w:t>.</w:t>
      </w:r>
    </w:p>
    <w:p>
      <w:pPr>
        <w:spacing w:after="60" w:before="0"/>
      </w:pPr>
      <w:r>
        <w:rPr>
          <w:rFonts w:ascii="Open Sans" w:hAnsi="Open Sans"/>
          <w:b/>
          <w:i w:val="0"/>
          <w:sz w:val="21"/>
        </w:rPr>
        <w:t>4. Your rights under section 129(1)(a)</w:t>
      </w:r>
    </w:p>
    <w:p>
      <w:pPr>
        <w:spacing w:after="120" w:before="0"/>
        <w:jc w:val="both"/>
      </w:pPr>
      <w:r>
        <w:rPr>
          <w:rFonts w:ascii="Open Sans" w:hAnsi="Open Sans"/>
          <w:b w:val="0"/>
          <w:i w:val="0"/>
          <w:sz w:val="21"/>
        </w:rPr>
        <w:t>In terms of section 129(1)(a) of the National Credit Act 34 of 2005, we draw your default to your attention in writing and propose that you refer this agreement to any one of the following, with the intent that you and we resolve any dispute under the agreement, or agree on a plan to bring the payments under the agreement up to date:</w:t>
      </w:r>
    </w:p>
    <w:p>
      <w:pPr>
        <w:pStyle w:val="ListBullet"/>
        <w:spacing w:after="60"/>
        <w:ind w:left="340"/>
      </w:pPr>
      <w:r>
        <w:rPr>
          <w:rFonts w:ascii="Open Sans" w:hAnsi="Open Sans"/>
          <w:b w:val="0"/>
          <w:i w:val="0"/>
          <w:sz w:val="21"/>
        </w:rPr>
        <w:t>a debt counsellor registered with the National Credit Regulator;</w:t>
      </w:r>
    </w:p>
    <w:p>
      <w:pPr>
        <w:pStyle w:val="ListBullet"/>
        <w:spacing w:after="60"/>
        <w:ind w:left="340"/>
      </w:pPr>
      <w:r>
        <w:rPr>
          <w:rFonts w:ascii="Open Sans" w:hAnsi="Open Sans"/>
          <w:b w:val="0"/>
          <w:i w:val="0"/>
          <w:sz w:val="21"/>
        </w:rPr>
        <w:t>an alternative dispute resolution agent;</w:t>
      </w:r>
    </w:p>
    <w:p>
      <w:pPr>
        <w:pStyle w:val="ListBullet"/>
        <w:spacing w:after="60"/>
        <w:ind w:left="340"/>
      </w:pPr>
      <w:r>
        <w:rPr>
          <w:rFonts w:ascii="Open Sans" w:hAnsi="Open Sans"/>
          <w:b w:val="0"/>
          <w:i w:val="0"/>
          <w:sz w:val="21"/>
        </w:rPr>
        <w:t>a consumer court in your province; or</w:t>
      </w:r>
    </w:p>
    <w:p>
      <w:pPr>
        <w:pStyle w:val="ListBullet"/>
        <w:spacing w:after="60"/>
        <w:ind w:left="340"/>
      </w:pPr>
      <w:r>
        <w:rPr>
          <w:rFonts w:ascii="Open Sans" w:hAnsi="Open Sans"/>
          <w:b w:val="0"/>
          <w:i w:val="0"/>
          <w:sz w:val="21"/>
        </w:rPr>
        <w:t>an ombud with jurisdiction.</w:t>
      </w:r>
    </w:p>
    <w:p>
      <w:pPr>
        <w:spacing w:after="120" w:before="0"/>
        <w:jc w:val="both"/>
      </w:pPr>
      <w:r>
        <w:rPr>
          <w:rFonts w:ascii="Open Sans" w:hAnsi="Open Sans"/>
          <w:b w:val="0"/>
          <w:i w:val="0"/>
          <w:sz w:val="21"/>
        </w:rPr>
        <w:t>The National Credit Regulator can be contacted on 0860 627 627 or at www.ncr.org.za, and will tell you how to find a registered debt counsellor or the ombud with jurisdiction over this agreement. You are also entitled to resolve this matter directly with us.</w:t>
      </w:r>
    </w:p>
    <w:p>
      <w:pPr>
        <w:spacing w:after="60" w:before="0"/>
      </w:pPr>
      <w:r>
        <w:rPr>
          <w:rFonts w:ascii="Open Sans" w:hAnsi="Open Sans"/>
          <w:b/>
          <w:i w:val="0"/>
          <w:sz w:val="21"/>
        </w:rPr>
        <w:t>5. What we ask you to do, and by when</w:t>
      </w:r>
    </w:p>
    <w:p>
      <w:pPr>
        <w:spacing w:after="120" w:before="0"/>
        <w:jc w:val="both"/>
      </w:pPr>
      <w:r>
        <w:rPr>
          <w:rFonts w:ascii="Open Sans" w:hAnsi="Open Sans"/>
          <w:b w:val="0"/>
          <w:i w:val="0"/>
          <w:sz w:val="21"/>
        </w:rPr>
        <w:t xml:space="preserve">Within 10 business days of the date on which this notice is delivered to you, please do one of the following: pay the full amount of R </w:t>
      </w:r>
      <w:r>
        <w:rPr>
          <w:rFonts w:ascii="Open Sans" w:hAnsi="Open Sans"/>
          <w:b w:val="0"/>
          <w:i w:val="0"/>
          <w:color w:val="21759B"/>
          <w:sz w:val="21"/>
        </w:rPr>
        <w:t>[AMOUNT]</w:t>
      </w:r>
      <w:r>
        <w:rPr>
          <w:rFonts w:ascii="Open Sans" w:hAnsi="Open Sans"/>
          <w:b w:val="0"/>
          <w:i w:val="0"/>
          <w:sz w:val="21"/>
        </w:rPr>
        <w:t xml:space="preserve"> into the account set out below; or contact us in writing to propose a payment arrangement; or refer the agreement to one of the bodies listed in paragraph 4 and tell us in writing that you have done so.</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Account name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COMPANY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Bank and branch</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[BANK NAME]</w:t>
            </w:r>
            <w:r>
              <w:rPr>
                <w:rFonts w:ascii="Open Sans" w:hAnsi="Open Sans"/>
                <w:b w:val="0"/>
                <w:i w:val="0"/>
                <w:sz w:val="19"/>
              </w:rPr>
              <w:t xml:space="preserve">, </w:t>
            </w:r>
            <w:r>
              <w:rPr>
                <w:rFonts w:ascii="Open Sans" w:hAnsi="Open Sans"/>
                <w:b w:val="0"/>
                <w:i w:val="0"/>
                <w:color w:val="21759B"/>
                <w:sz w:val="19"/>
              </w:rPr>
              <w:t>[BRANCH]</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Account number</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[XXXXXXXXXX]</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Reference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 NUMBER]</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Contact for arrangements</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w:t>
            </w:r>
            <w:r>
              <w:rPr>
                <w:rFonts w:ascii="Open Sans" w:hAnsi="Open Sans"/>
                <w:b w:val="0"/>
                <w:i w:val="0"/>
                <w:sz w:val="19"/>
              </w:rPr>
              <w:t xml:space="preserve">, </w:t>
            </w:r>
            <w:r>
              <w:rPr>
                <w:rFonts w:ascii="Open Sans" w:hAnsi="Open Sans"/>
                <w:b w:val="0"/>
                <w:i w:val="0"/>
                <w:color w:val="21759B"/>
                <w:sz w:val="19"/>
              </w:rPr>
              <w:t>[+27 XX XXX XXXX]</w:t>
            </w:r>
            <w:r>
              <w:rPr>
                <w:rFonts w:ascii="Open Sans" w:hAnsi="Open Sans"/>
                <w:b w:val="0"/>
                <w:i w:val="0"/>
                <w:sz w:val="19"/>
              </w:rPr>
              <w:t xml:space="preserve">, </w:t>
            </w:r>
            <w:r>
              <w:rPr>
                <w:rFonts w:ascii="Open Sans" w:hAnsi="Open Sans"/>
                <w:b w:val="0"/>
                <w:i w:val="0"/>
                <w:color w:val="21759B"/>
                <w:sz w:val="19"/>
              </w:rPr>
              <w:t>[email@yourbusiness.co.za]</w:t>
            </w:r>
          </w:p>
        </w:tc>
      </w:tr>
    </w:tbl>
    <w:p>
      <w:pPr>
        <w:spacing w:after="60" w:before="0"/>
      </w:pPr>
      <w:r>
        <w:rPr>
          <w:rFonts w:ascii="Open Sans" w:hAnsi="Open Sans"/>
          <w:b/>
          <w:i w:val="0"/>
          <w:sz w:val="21"/>
        </w:rPr>
        <w:t>6. If you do not respond</w:t>
      </w:r>
    </w:p>
    <w:p>
      <w:pPr>
        <w:spacing w:after="120" w:before="0"/>
        <w:jc w:val="both"/>
      </w:pPr>
      <w:r>
        <w:rPr>
          <w:rFonts w:ascii="Open Sans" w:hAnsi="Open Sans"/>
          <w:b w:val="0"/>
          <w:i w:val="0"/>
          <w:sz w:val="21"/>
        </w:rPr>
        <w:t>If you do not respond to this notice within 10 business days of its delivery, or if you reject the proposals in paragraph 4, we may approach a court having jurisdiction for an order enforcing this agreement, in which event we will claim the amount outstanding, interest and costs. You may still bring the agreement up to date at any time before it is cancelled, or before any attached property is sold, by paying all overdue amounts together with default charges and reasonable costs of enforcement.</w:t>
      </w:r>
    </w:p>
    <w:p>
      <w:pPr>
        <w:spacing w:after="80"/>
      </w:pPr>
    </w:p>
    <w:p>
      <w:pPr>
        <w:spacing w:after="280" w:before="0"/>
      </w:pPr>
      <w:r>
        <w:rPr>
          <w:rFonts w:ascii="Open Sans" w:hAnsi="Open Sans"/>
          <w:b w:val="0"/>
          <w:i w:val="0"/>
          <w:sz w:val="21"/>
        </w:rPr>
        <w:t>Yours faithfully</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Signature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[Sign here]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Full name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FULL NAME]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Capacity</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[Owner / Director / Credit controller]</w:t>
            </w:r>
            <w:r>
              <w:rPr>
                <w:rFonts w:ascii="Open Sans" w:hAnsi="Open Sans"/>
                <w:b w:val="0"/>
                <w:i w:val="0"/>
                <w:sz w:val="19"/>
              </w:rPr>
              <w:t xml:space="preserve"> of </w:t>
            </w:r>
            <w:r>
              <w:rPr>
                <w:rFonts w:ascii="Open Sans" w:hAnsi="Open Sans"/>
                <w:b w:val="0"/>
                <w:i w:val="0"/>
                <w:color w:val="21759B"/>
                <w:sz w:val="19"/>
              </w:rPr>
              <w:t>[YOUR COMPANY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Contact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[+27 XX XXX XXXX]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Email</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[email@yourbusiness.co.za]</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Date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Head the envelope and the letter clearly as a section 129 notice, date it, identify the agreement, state the arrears, name all four referral options, and give 10 business days. Those are the elements a court checks. Then send it by registered post and keep the proof.</w:t>
      </w:r>
    </w:p>
    <w:p>
      <w:r>
        <w:br w:type="page"/>
      </w:r>
    </w:p>
    <w:p>
      <w:pPr>
        <w:spacing w:before="0" w:after="20"/>
      </w:pPr>
      <w:r>
        <w:rPr>
          <w:rFonts w:ascii="Montserrat" w:hAnsi="Montserrat"/>
          <w:b/>
          <w:color w:val="21759B"/>
          <w:sz w:val="18"/>
        </w:rPr>
        <w:t>LETTER 4</w:t>
      </w:r>
    </w:p>
    <w:p>
      <w:pPr>
        <w:spacing w:before="0" w:after="40"/>
      </w:pPr>
      <w:r>
        <w:rPr>
          <w:rFonts w:ascii="Montserrat" w:hAnsi="Montserrat"/>
          <w:b/>
          <w:color w:val="191C4A"/>
          <w:sz w:val="30"/>
        </w:rPr>
        <w:t>DEMAND FOR THE RETURN OF GOODS</w:t>
      </w:r>
    </w:p>
    <w:p>
      <w:pPr>
        <w:spacing w:before="0" w:after="160"/>
      </w:pPr>
      <w:r>
        <w:rPr>
          <w:rFonts w:ascii="Open Sans" w:hAnsi="Open Sans"/>
          <w:color w:val="6B6870"/>
          <w:sz w:val="19"/>
        </w:rPr>
        <w:t>Where the problem is your property, not your money: goods on loan, on hire, on consignment, or supplied under a reservation of ownership.</w:t>
      </w:r>
    </w:p>
    <w:p>
      <w:pPr>
        <w:spacing w:before="80" w:after="160"/>
        <w:pBdr>
          <w:bottom w:val="single" w:sz="6" w:space="1" w:color="E0DDD4"/>
        </w:pBdr>
      </w:pP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Identify the goods so precisely that a sheriff could pick them out of a yard: make, model, serial number, colour, quantity. A vague description is the main reason these claims fail.</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To</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[CUSTOMER OR DEBTOR FULL LEGAL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Registration or identity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[2026/123456/07 or YYMMDD XXXX XX 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Attention</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 AND POSITION OF THE PERSON WHO PAYS]</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Delivery address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[PHYSICAL ADDRESS FOR SERVICE]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Email</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[accounts@customer.co.za]</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Date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Our reference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 OR CUSTOMER NUMBER]</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Delivered by</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[By hand and by registered post number </w:t>
            </w:r>
            <w:r>
              <w:rPr>
                <w:rFonts w:ascii="Open Sans" w:hAnsi="Open Sans"/>
                <w:b w:val="0"/>
                <w:i w:val="0"/>
                <w:color w:val="21759B"/>
                <w:sz w:val="19"/>
              </w:rPr>
              <w:t>[RR XXX XXX XXX ZA]</w:t>
            </w:r>
            <w:r>
              <w:rPr>
                <w:rFonts w:ascii="Open Sans" w:hAnsi="Open Sans"/>
                <w:b w:val="0"/>
                <w:i w:val="0"/>
                <w:sz w:val="19"/>
              </w:rPr>
              <w:t>]</w:t>
            </w:r>
          </w:p>
        </w:tc>
      </w:tr>
    </w:tbl>
    <w:p>
      <w:pPr>
        <w:spacing w:after="80"/>
      </w:pPr>
    </w:p>
    <w:p>
      <w:pPr>
        <w:spacing w:after="160" w:before="0"/>
      </w:pPr>
      <w:r>
        <w:rPr>
          <w:rFonts w:ascii="Open Sans" w:hAnsi="Open Sans"/>
          <w:b w:val="0"/>
          <w:i w:val="0"/>
          <w:sz w:val="21"/>
        </w:rPr>
        <w:t>Dear Sir or Madam</w:t>
      </w:r>
    </w:p>
    <w:p>
      <w:pPr>
        <w:spacing w:after="160" w:before="0"/>
      </w:pPr>
      <w:r>
        <w:rPr>
          <w:rFonts w:ascii="Open Sans" w:hAnsi="Open Sans"/>
          <w:b/>
          <w:i w:val="0"/>
          <w:sz w:val="21"/>
        </w:rPr>
        <w:t xml:space="preserve">DEMAND FOR THE RETURN OF GOODS: </w:t>
      </w:r>
      <w:r>
        <w:rPr>
          <w:rFonts w:ascii="Open Sans" w:hAnsi="Open Sans"/>
          <w:b/>
          <w:i w:val="0"/>
          <w:color w:val="21759B"/>
          <w:sz w:val="21"/>
        </w:rPr>
        <w:t>[SHORT DESCRIPTION]</w:t>
      </w:r>
    </w:p>
    <w:p>
      <w:pPr>
        <w:spacing w:after="60" w:before="0"/>
      </w:pPr>
      <w:r>
        <w:rPr>
          <w:rFonts w:ascii="Open Sans" w:hAnsi="Open Sans"/>
          <w:b/>
          <w:i w:val="0"/>
          <w:sz w:val="21"/>
        </w:rPr>
        <w:t>1. The goods</w:t>
      </w:r>
    </w:p>
    <w:tbl>
      <w:tblPr>
        <w:tblW w:type="dxa" w:w="9025"/>
        <w:jc w:val="center"/>
        <w:tblLayout w:type="fixed"/>
        <w:tblLook w:firstColumn="1" w:firstRow="1" w:lastColumn="0" w:lastRow="0" w:noHBand="0" w:noVBand="1" w:val="04A0"/>
      </w:tblPr>
      <w:tblGrid>
        <w:gridCol w:w="2346"/>
        <w:gridCol w:w="1985"/>
        <w:gridCol w:w="2166"/>
        <w:gridCol w:w="1083"/>
        <w:gridCol w:w="1444"/>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DESCRIPTION</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MAKE AND MODEL</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SERIAL OR IDENTIFYING NUMBER</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QUANTITY</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VALUE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[MAKE AND MODEL]</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[SERIAL NUMBER]</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[0]</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[DESCRIPTION]</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[MAKE AND MODEL]</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[SERIAL NUMBER]</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[0]</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 value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r>
    </w:tbl>
    <w:p>
      <w:pPr>
        <w:spacing w:after="60" w:before="0"/>
      </w:pPr>
      <w:r>
        <w:rPr>
          <w:rFonts w:ascii="Open Sans" w:hAnsi="Open Sans"/>
          <w:b/>
          <w:i w:val="0"/>
          <w:sz w:val="21"/>
        </w:rPr>
        <w:t>2. How you came to hold them</w:t>
      </w:r>
    </w:p>
    <w:p>
      <w:pPr>
        <w:spacing w:after="120" w:before="0"/>
        <w:jc w:val="both"/>
      </w:pPr>
      <w:r>
        <w:rPr>
          <w:rFonts w:ascii="Open Sans" w:hAnsi="Open Sans"/>
          <w:b w:val="0"/>
          <w:i w:val="0"/>
          <w:sz w:val="21"/>
        </w:rPr>
        <w:t xml:space="preserve">On </w:t>
      </w:r>
      <w:r>
        <w:rPr>
          <w:rFonts w:ascii="Open Sans" w:hAnsi="Open Sans"/>
          <w:b w:val="0"/>
          <w:i w:val="0"/>
          <w:color w:val="21759B"/>
          <w:sz w:val="21"/>
        </w:rPr>
        <w:t>[DD Month YYYY]</w:t>
      </w:r>
      <w:r>
        <w:rPr>
          <w:rFonts w:ascii="Open Sans" w:hAnsi="Open Sans"/>
          <w:b w:val="0"/>
          <w:i w:val="0"/>
          <w:sz w:val="21"/>
        </w:rPr>
        <w:t xml:space="preserve"> the goods described above were [lent to you / hired to you / delivered to you on consignment / delivered to you under our agreement dated </w:t>
      </w:r>
      <w:r>
        <w:rPr>
          <w:rFonts w:ascii="Open Sans" w:hAnsi="Open Sans"/>
          <w:b w:val="0"/>
          <w:i w:val="0"/>
          <w:color w:val="21759B"/>
          <w:sz w:val="21"/>
        </w:rPr>
        <w:t>[DD Month YYYY]</w:t>
      </w:r>
      <w:r>
        <w:rPr>
          <w:rFonts w:ascii="Open Sans" w:hAnsi="Open Sans"/>
          <w:b w:val="0"/>
          <w:i w:val="0"/>
          <w:sz w:val="21"/>
        </w:rPr>
        <w:t xml:space="preserve">, which reserves ownership in us until the purchase price has been paid in full]. A copy of the </w:t>
      </w:r>
      <w:r>
        <w:rPr>
          <w:rFonts w:ascii="Open Sans" w:hAnsi="Open Sans"/>
          <w:b w:val="0"/>
          <w:i w:val="0"/>
          <w:color w:val="21759B"/>
          <w:sz w:val="21"/>
        </w:rPr>
        <w:t>[delivery note / hire agreement / consignment agreement / supply agreement]</w:t>
      </w:r>
      <w:r>
        <w:rPr>
          <w:rFonts w:ascii="Open Sans" w:hAnsi="Open Sans"/>
          <w:b w:val="0"/>
          <w:i w:val="0"/>
          <w:sz w:val="21"/>
        </w:rPr>
        <w:t xml:space="preserve"> is attached.</w:t>
      </w:r>
    </w:p>
    <w:p>
      <w:pPr>
        <w:spacing w:after="60" w:before="0"/>
      </w:pPr>
      <w:r>
        <w:rPr>
          <w:rFonts w:ascii="Open Sans" w:hAnsi="Open Sans"/>
          <w:b/>
          <w:i w:val="0"/>
          <w:sz w:val="21"/>
        </w:rPr>
        <w:t>3. Why you must return them</w:t>
      </w:r>
    </w:p>
    <w:p>
      <w:pPr>
        <w:spacing w:after="120" w:before="0"/>
        <w:jc w:val="both"/>
      </w:pPr>
      <w:r>
        <w:rPr>
          <w:rFonts w:ascii="Open Sans" w:hAnsi="Open Sans"/>
          <w:b w:val="0"/>
          <w:i w:val="0"/>
          <w:sz w:val="21"/>
        </w:rPr>
        <w:t xml:space="preserve">[The period of the loan or hire expired on </w:t>
      </w:r>
      <w:r>
        <w:rPr>
          <w:rFonts w:ascii="Open Sans" w:hAnsi="Open Sans"/>
          <w:b w:val="0"/>
          <w:i w:val="0"/>
          <w:color w:val="21759B"/>
          <w:sz w:val="21"/>
        </w:rPr>
        <w:t>[DD Month YYYY]</w:t>
      </w:r>
      <w:r>
        <w:rPr>
          <w:rFonts w:ascii="Open Sans" w:hAnsi="Open Sans"/>
          <w:b w:val="0"/>
          <w:i w:val="0"/>
          <w:sz w:val="21"/>
        </w:rPr>
        <w:t xml:space="preserve">. / The consignment was terminated by our notice of </w:t>
      </w:r>
      <w:r>
        <w:rPr>
          <w:rFonts w:ascii="Open Sans" w:hAnsi="Open Sans"/>
          <w:b w:val="0"/>
          <w:i w:val="0"/>
          <w:color w:val="21759B"/>
          <w:sz w:val="21"/>
        </w:rPr>
        <w:t>[DD Month YYYY]</w:t>
      </w:r>
      <w:r>
        <w:rPr>
          <w:rFonts w:ascii="Open Sans" w:hAnsi="Open Sans"/>
          <w:b w:val="0"/>
          <w:i w:val="0"/>
          <w:sz w:val="21"/>
        </w:rPr>
        <w:t xml:space="preserve">. / The purchase price of R </w:t>
      </w:r>
      <w:r>
        <w:rPr>
          <w:rFonts w:ascii="Open Sans" w:hAnsi="Open Sans"/>
          <w:b w:val="0"/>
          <w:i w:val="0"/>
          <w:color w:val="21759B"/>
          <w:sz w:val="21"/>
        </w:rPr>
        <w:t>[AMOUNT]</w:t>
      </w:r>
      <w:r>
        <w:rPr>
          <w:rFonts w:ascii="Open Sans" w:hAnsi="Open Sans"/>
          <w:b w:val="0"/>
          <w:i w:val="0"/>
          <w:sz w:val="21"/>
        </w:rPr>
        <w:t xml:space="preserve"> fell due on </w:t>
      </w:r>
      <w:r>
        <w:rPr>
          <w:rFonts w:ascii="Open Sans" w:hAnsi="Open Sans"/>
          <w:b w:val="0"/>
          <w:i w:val="0"/>
          <w:color w:val="21759B"/>
          <w:sz w:val="21"/>
        </w:rPr>
        <w:t>[DD Month YYYY]</w:t>
      </w:r>
      <w:r>
        <w:rPr>
          <w:rFonts w:ascii="Open Sans" w:hAnsi="Open Sans"/>
          <w:b w:val="0"/>
          <w:i w:val="0"/>
          <w:sz w:val="21"/>
        </w:rPr>
        <w:t xml:space="preserve"> and has not been paid, and ownership has accordingly never passed to you.] We remain the owner of the goods. You have no right to retain them and you have no right to sell, pledge, encumber, alter or part with possession of them.</w:t>
      </w:r>
    </w:p>
    <w:p>
      <w:pPr>
        <w:spacing w:after="60" w:before="0"/>
      </w:pPr>
      <w:r>
        <w:rPr>
          <w:rFonts w:ascii="Open Sans" w:hAnsi="Open Sans"/>
          <w:b/>
          <w:i w:val="0"/>
          <w:sz w:val="21"/>
        </w:rPr>
        <w:t>4. Demand</w:t>
      </w:r>
    </w:p>
    <w:p>
      <w:pPr>
        <w:spacing w:after="120" w:before="0"/>
        <w:jc w:val="both"/>
      </w:pPr>
      <w:r>
        <w:rPr>
          <w:rFonts w:ascii="Open Sans" w:hAnsi="Open Sans"/>
          <w:b w:val="0"/>
          <w:i w:val="0"/>
          <w:sz w:val="21"/>
        </w:rPr>
        <w:t xml:space="preserve">We hereby demand that you return the goods described in paragraph 1, in the same condition in which they were delivered to you, fair wear and tear excepted, to </w:t>
      </w:r>
      <w:r>
        <w:rPr>
          <w:rFonts w:ascii="Open Sans" w:hAnsi="Open Sans"/>
          <w:b w:val="0"/>
          <w:i w:val="0"/>
          <w:color w:val="21759B"/>
          <w:sz w:val="21"/>
        </w:rPr>
        <w:t>[COLLECTION OR RETURN ADDRESS]</w:t>
      </w:r>
      <w:r>
        <w:rPr>
          <w:rFonts w:ascii="Open Sans" w:hAnsi="Open Sans"/>
          <w:b w:val="0"/>
          <w:i w:val="0"/>
          <w:sz w:val="21"/>
        </w:rPr>
        <w:t xml:space="preserve"> by no later than </w:t>
      </w: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[TIME]</w:t>
      </w:r>
      <w:r>
        <w:rPr>
          <w:rFonts w:ascii="Open Sans" w:hAnsi="Open Sans"/>
          <w:b w:val="0"/>
          <w:i w:val="0"/>
          <w:sz w:val="21"/>
        </w:rPr>
        <w:t xml:space="preserve">. Alternatively, and at our election, we will collect them from </w:t>
      </w:r>
      <w:r>
        <w:rPr>
          <w:rFonts w:ascii="Open Sans" w:hAnsi="Open Sans"/>
          <w:b w:val="0"/>
          <w:i w:val="0"/>
          <w:color w:val="21759B"/>
          <w:sz w:val="21"/>
        </w:rPr>
        <w:t>[ADDRESS WHERE THE GOODS ARE]</w:t>
      </w:r>
      <w:r>
        <w:rPr>
          <w:rFonts w:ascii="Open Sans" w:hAnsi="Open Sans"/>
          <w:b w:val="0"/>
          <w:i w:val="0"/>
          <w:sz w:val="21"/>
        </w:rPr>
        <w:t xml:space="preserve"> on </w:t>
      </w:r>
      <w:r>
        <w:rPr>
          <w:rFonts w:ascii="Open Sans" w:hAnsi="Open Sans"/>
          <w:b w:val="0"/>
          <w:i w:val="0"/>
          <w:color w:val="21759B"/>
          <w:sz w:val="21"/>
        </w:rPr>
        <w:t>[DD Month YYYY]</w:t>
      </w:r>
      <w:r>
        <w:rPr>
          <w:rFonts w:ascii="Open Sans" w:hAnsi="Open Sans"/>
          <w:b w:val="0"/>
          <w:i w:val="0"/>
          <w:sz w:val="21"/>
        </w:rPr>
        <w:t xml:space="preserve"> between </w:t>
      </w:r>
      <w:r>
        <w:rPr>
          <w:rFonts w:ascii="Open Sans" w:hAnsi="Open Sans"/>
          <w:b w:val="0"/>
          <w:i w:val="0"/>
          <w:color w:val="21759B"/>
          <w:sz w:val="21"/>
        </w:rPr>
        <w:t>[TIME]</w:t>
      </w:r>
      <w:r>
        <w:rPr>
          <w:rFonts w:ascii="Open Sans" w:hAnsi="Open Sans"/>
          <w:b w:val="0"/>
          <w:i w:val="0"/>
          <w:sz w:val="21"/>
        </w:rPr>
        <w:t xml:space="preserve"> and </w:t>
      </w:r>
      <w:r>
        <w:rPr>
          <w:rFonts w:ascii="Open Sans" w:hAnsi="Open Sans"/>
          <w:b w:val="0"/>
          <w:i w:val="0"/>
          <w:color w:val="21759B"/>
          <w:sz w:val="21"/>
        </w:rPr>
        <w:t>[TIME]</w:t>
      </w:r>
      <w:r>
        <w:rPr>
          <w:rFonts w:ascii="Open Sans" w:hAnsi="Open Sans"/>
          <w:b w:val="0"/>
          <w:i w:val="0"/>
          <w:sz w:val="21"/>
        </w:rPr>
        <w:t>, and you must make them available and give our representative access.</w:t>
      </w:r>
    </w:p>
    <w:p>
      <w:pPr>
        <w:spacing w:after="120" w:before="0"/>
        <w:jc w:val="both"/>
      </w:pPr>
      <w:r>
        <w:rPr>
          <w:rFonts w:ascii="Open Sans" w:hAnsi="Open Sans"/>
          <w:b w:val="0"/>
          <w:i w:val="0"/>
          <w:sz w:val="21"/>
        </w:rPr>
        <w:t xml:space="preserve">In the alternative, and only if we agree to it in writing, you may retain the goods against payment of R </w:t>
      </w:r>
      <w:r>
        <w:rPr>
          <w:rFonts w:ascii="Open Sans" w:hAnsi="Open Sans"/>
          <w:b w:val="0"/>
          <w:i w:val="0"/>
          <w:color w:val="21759B"/>
          <w:sz w:val="21"/>
        </w:rPr>
        <w:t>[AMOUNT]</w:t>
      </w:r>
      <w:r>
        <w:rPr>
          <w:rFonts w:ascii="Open Sans" w:hAnsi="Open Sans"/>
          <w:b w:val="0"/>
          <w:i w:val="0"/>
          <w:sz w:val="21"/>
        </w:rPr>
        <w:t>, being their agreed value, by the same date.</w:t>
      </w:r>
    </w:p>
    <w:p>
      <w:pPr>
        <w:spacing w:after="60" w:before="0"/>
      </w:pPr>
      <w:r>
        <w:rPr>
          <w:rFonts w:ascii="Open Sans" w:hAnsi="Open Sans"/>
          <w:b/>
          <w:i w:val="0"/>
          <w:sz w:val="21"/>
        </w:rPr>
        <w:t>5. Preserve the goods</w:t>
      </w:r>
    </w:p>
    <w:p>
      <w:pPr>
        <w:spacing w:after="120" w:before="0"/>
        <w:jc w:val="both"/>
      </w:pPr>
      <w:r>
        <w:rPr>
          <w:rFonts w:ascii="Open Sans" w:hAnsi="Open Sans"/>
          <w:b w:val="0"/>
          <w:i w:val="0"/>
          <w:sz w:val="21"/>
        </w:rPr>
        <w:t xml:space="preserve">Until the goods are returned you must keep them safe, insured and in working order, must not use them further, and must not move them from </w:t>
      </w:r>
      <w:r>
        <w:rPr>
          <w:rFonts w:ascii="Open Sans" w:hAnsi="Open Sans"/>
          <w:b w:val="0"/>
          <w:i w:val="0"/>
          <w:color w:val="21759B"/>
          <w:sz w:val="21"/>
        </w:rPr>
        <w:t>[ADDRESS WHERE THE GOODS ARE]</w:t>
      </w:r>
      <w:r>
        <w:rPr>
          <w:rFonts w:ascii="Open Sans" w:hAnsi="Open Sans"/>
          <w:b w:val="0"/>
          <w:i w:val="0"/>
          <w:sz w:val="21"/>
        </w:rPr>
        <w:t xml:space="preserve"> without our written consent. Any damage, loss or deterioration from this date will be for your account.</w:t>
      </w:r>
    </w:p>
    <w:p>
      <w:pPr>
        <w:spacing w:after="60" w:before="0"/>
      </w:pPr>
      <w:r>
        <w:rPr>
          <w:rFonts w:ascii="Open Sans" w:hAnsi="Open Sans"/>
          <w:b/>
          <w:i w:val="0"/>
          <w:sz w:val="21"/>
        </w:rPr>
        <w:t>6. If you do not return them</w:t>
      </w:r>
    </w:p>
    <w:p>
      <w:pPr>
        <w:spacing w:after="120" w:before="0"/>
        <w:jc w:val="both"/>
      </w:pPr>
      <w:r>
        <w:rPr>
          <w:rFonts w:ascii="Open Sans" w:hAnsi="Open Sans"/>
          <w:b w:val="0"/>
          <w:i w:val="0"/>
          <w:sz w:val="21"/>
        </w:rPr>
        <w:t xml:space="preserve">Should the goods not be returned by </w:t>
      </w:r>
      <w:r>
        <w:rPr>
          <w:rFonts w:ascii="Open Sans" w:hAnsi="Open Sans"/>
          <w:b w:val="0"/>
          <w:i w:val="0"/>
          <w:color w:val="21759B"/>
          <w:sz w:val="21"/>
        </w:rPr>
        <w:t>[DD Month YYYY]</w:t>
      </w:r>
      <w:r>
        <w:rPr>
          <w:rFonts w:ascii="Open Sans" w:hAnsi="Open Sans"/>
          <w:b w:val="0"/>
          <w:i w:val="0"/>
          <w:sz w:val="21"/>
        </w:rPr>
        <w:t xml:space="preserve">, we will institute legal proceedings for their return, alternatively for payment of their value of R </w:t>
      </w:r>
      <w:r>
        <w:rPr>
          <w:rFonts w:ascii="Open Sans" w:hAnsi="Open Sans"/>
          <w:b w:val="0"/>
          <w:i w:val="0"/>
          <w:color w:val="21759B"/>
          <w:sz w:val="21"/>
        </w:rPr>
        <w:t>[AMOUNT]</w:t>
      </w:r>
      <w:r>
        <w:rPr>
          <w:rFonts w:ascii="Open Sans" w:hAnsi="Open Sans"/>
          <w:b w:val="0"/>
          <w:i w:val="0"/>
          <w:sz w:val="21"/>
        </w:rPr>
        <w:t>, together with damages for the period of unlawful retention, interest and costs, without further notice to you. We will also report the matter to the South African Police Service if we have reason to believe the goods have been disposed of.</w:t>
      </w:r>
    </w:p>
    <w:p>
      <w:pPr>
        <w:spacing w:after="60" w:before="0"/>
      </w:pPr>
      <w:r>
        <w:rPr>
          <w:rFonts w:ascii="Open Sans" w:hAnsi="Open Sans"/>
          <w:b/>
          <w:i w:val="0"/>
          <w:sz w:val="21"/>
        </w:rPr>
        <w:t>7. Rights reserved</w:t>
      </w:r>
    </w:p>
    <w:p>
      <w:pPr>
        <w:spacing w:after="120" w:before="0"/>
        <w:jc w:val="both"/>
      </w:pPr>
      <w:r>
        <w:rPr>
          <w:rFonts w:ascii="Open Sans" w:hAnsi="Open Sans"/>
          <w:b w:val="0"/>
          <w:i w:val="0"/>
          <w:sz w:val="21"/>
        </w:rPr>
        <w:t>All our rights remain reserved, including any right to cancel the agreement and to claim damages, arrear hire or rental.</w:t>
      </w:r>
    </w:p>
    <w:p>
      <w:pPr>
        <w:spacing w:after="80"/>
      </w:pPr>
    </w:p>
    <w:p>
      <w:pPr>
        <w:spacing w:after="280" w:before="0"/>
      </w:pPr>
      <w:r>
        <w:rPr>
          <w:rFonts w:ascii="Open Sans" w:hAnsi="Open Sans"/>
          <w:b w:val="0"/>
          <w:i w:val="0"/>
          <w:sz w:val="21"/>
        </w:rPr>
        <w:t>Yours faithfully</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Signature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[Sign here]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Full name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FULL NAME]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Capacity</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[Owner / Director / Credit controller]</w:t>
            </w:r>
            <w:r>
              <w:rPr>
                <w:rFonts w:ascii="Open Sans" w:hAnsi="Open Sans"/>
                <w:b w:val="0"/>
                <w:i w:val="0"/>
                <w:sz w:val="19"/>
              </w:rPr>
              <w:t xml:space="preserve"> of </w:t>
            </w:r>
            <w:r>
              <w:rPr>
                <w:rFonts w:ascii="Open Sans" w:hAnsi="Open Sans"/>
                <w:b w:val="0"/>
                <w:i w:val="0"/>
                <w:color w:val="21759B"/>
                <w:sz w:val="19"/>
              </w:rPr>
              <w:t>[YOUR COMPANY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Contact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[+27 XX XXX XXXX]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Email</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[email@yourbusiness.co.za]</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Date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bl>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Do not go and take the goods yourself. Removing property from somebody's premises without their consent or a court order is spoliation. The court will order you to give the goods back first and argue about ownership afterwards, with a costs order against you. That is what the sheriff is for.</w:t>
      </w:r>
    </w:p>
    <w:p>
      <w:r>
        <w:br w:type="page"/>
      </w:r>
    </w:p>
    <w:p>
      <w:pPr>
        <w:spacing w:before="0" w:after="20"/>
      </w:pPr>
      <w:r>
        <w:rPr>
          <w:rFonts w:ascii="Montserrat" w:hAnsi="Montserrat"/>
          <w:b/>
          <w:color w:val="21759B"/>
          <w:sz w:val="18"/>
        </w:rPr>
        <w:t>LETTER 5</w:t>
      </w:r>
    </w:p>
    <w:p>
      <w:pPr>
        <w:spacing w:before="0" w:after="40"/>
      </w:pPr>
      <w:r>
        <w:rPr>
          <w:rFonts w:ascii="Montserrat" w:hAnsi="Montserrat"/>
          <w:b/>
          <w:color w:val="191C4A"/>
          <w:sz w:val="30"/>
        </w:rPr>
        <w:t>DEMAND THAT DEFECTIVE WORK BE REMEDIED</w:t>
      </w:r>
    </w:p>
    <w:p>
      <w:pPr>
        <w:spacing w:before="0" w:after="160"/>
      </w:pPr>
      <w:r>
        <w:rPr>
          <w:rFonts w:ascii="Open Sans" w:hAnsi="Open Sans"/>
          <w:color w:val="6B6870"/>
          <w:sz w:val="19"/>
        </w:rPr>
        <w:t>Where you are the customer, the job was done badly or the goods do not work, and you want it fixed rather than fought about.</w:t>
      </w:r>
    </w:p>
    <w:p>
      <w:pPr>
        <w:spacing w:before="80" w:after="160"/>
        <w:pBdr>
          <w:bottom w:val="single" w:sz="6" w:space="1" w:color="E0DDD4"/>
        </w:pBdr>
      </w:pPr>
    </w:p>
    <w:p>
      <w:pPr>
        <w:spacing w:before="80" w:after="160"/>
        <w:ind w:left="170"/>
        <w:pBdr>
          <w:left w:val="single" w:sz="18" w:space="8" w:color="C4830A"/>
        </w:pBdr>
      </w:pPr>
      <w:r>
        <w:rPr>
          <w:rFonts w:ascii="Open Sans" w:hAnsi="Open Sans"/>
          <w:b/>
          <w:i/>
          <w:color w:val="C4830A"/>
          <w:sz w:val="18"/>
        </w:rPr>
        <w:t xml:space="preserve">Important: </w:t>
      </w:r>
      <w:r>
        <w:rPr>
          <w:rFonts w:ascii="Open Sans" w:hAnsi="Open Sans"/>
          <w:b w:val="0"/>
          <w:i/>
          <w:color w:val="C4830A"/>
          <w:sz w:val="18"/>
        </w:rPr>
        <w:t>Read your agreement first. Most supplier and service agreements say the innocent party must give written notice to remedy, often 7 or 14 days, before cancelling. Cancelling without that notice is itself a breach, and it hands the other side a defence.</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To</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[CUSTOMER OR DEBTOR FULL LEGAL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Registration or identity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[2026/123456/07 or YYMMDD XXXX XX 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Attention</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 AND POSITION OF THE PERSON WHO PAYS]</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Delivery address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[PHYSICAL ADDRESS FOR SERVICE]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Email</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[accounts@customer.co.za]</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Date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Our reference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 OR CUSTOMER NUMBER]</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Delivered by</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[By hand and by email]</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Their invoice or job number</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[REFERENCE]</w:t>
            </w:r>
          </w:p>
        </w:tc>
      </w:tr>
    </w:tbl>
    <w:p>
      <w:pPr>
        <w:spacing w:after="80"/>
      </w:pPr>
    </w:p>
    <w:p>
      <w:pPr>
        <w:spacing w:after="160" w:before="0"/>
      </w:pPr>
      <w:r>
        <w:rPr>
          <w:rFonts w:ascii="Open Sans" w:hAnsi="Open Sans"/>
          <w:b w:val="0"/>
          <w:i w:val="0"/>
          <w:sz w:val="21"/>
        </w:rPr>
        <w:t>Dear Sir or Madam</w:t>
      </w:r>
    </w:p>
    <w:p>
      <w:pPr>
        <w:spacing w:after="160" w:before="0"/>
      </w:pPr>
      <w:r>
        <w:rPr>
          <w:rFonts w:ascii="Open Sans" w:hAnsi="Open Sans"/>
          <w:b/>
          <w:i w:val="0"/>
          <w:sz w:val="21"/>
        </w:rPr>
        <w:t xml:space="preserve">DEFECTIVE </w:t>
      </w:r>
      <w:r>
        <w:rPr>
          <w:rFonts w:ascii="Open Sans" w:hAnsi="Open Sans"/>
          <w:b/>
          <w:i w:val="0"/>
          <w:color w:val="21759B"/>
          <w:sz w:val="21"/>
        </w:rPr>
        <w:t>[WORK / GOODS]</w:t>
      </w:r>
      <w:r>
        <w:rPr>
          <w:rFonts w:ascii="Open Sans" w:hAnsi="Open Sans"/>
          <w:b/>
          <w:i w:val="0"/>
          <w:sz w:val="21"/>
        </w:rPr>
        <w:t xml:space="preserve">: DEMAND TO REMEDY WITHIN </w:t>
      </w:r>
      <w:r>
        <w:rPr>
          <w:rFonts w:ascii="Open Sans" w:hAnsi="Open Sans"/>
          <w:b/>
          <w:i w:val="0"/>
          <w:color w:val="21759B"/>
          <w:sz w:val="21"/>
        </w:rPr>
        <w:t>[14]</w:t>
      </w:r>
      <w:r>
        <w:rPr>
          <w:rFonts w:ascii="Open Sans" w:hAnsi="Open Sans"/>
          <w:b/>
          <w:i w:val="0"/>
          <w:sz w:val="21"/>
        </w:rPr>
        <w:t xml:space="preserve"> DAYS</w:t>
      </w:r>
    </w:p>
    <w:p>
      <w:pPr>
        <w:spacing w:after="60" w:before="0"/>
      </w:pPr>
      <w:r>
        <w:rPr>
          <w:rFonts w:ascii="Open Sans" w:hAnsi="Open Sans"/>
          <w:b/>
          <w:i w:val="0"/>
          <w:sz w:val="21"/>
        </w:rPr>
        <w:t>1. The agreement</w:t>
      </w:r>
    </w:p>
    <w:p>
      <w:pPr>
        <w:spacing w:after="120" w:before="0"/>
        <w:jc w:val="both"/>
      </w:pPr>
      <w:r>
        <w:rPr>
          <w:rFonts w:ascii="Open Sans" w:hAnsi="Open Sans"/>
          <w:b w:val="0"/>
          <w:i w:val="0"/>
          <w:sz w:val="21"/>
        </w:rPr>
        <w:t xml:space="preserve">On </w:t>
      </w:r>
      <w:r>
        <w:rPr>
          <w:rFonts w:ascii="Open Sans" w:hAnsi="Open Sans"/>
          <w:b w:val="0"/>
          <w:i w:val="0"/>
          <w:color w:val="21759B"/>
          <w:sz w:val="21"/>
        </w:rPr>
        <w:t>[DD Month YYYY]</w:t>
      </w:r>
      <w:r>
        <w:rPr>
          <w:rFonts w:ascii="Open Sans" w:hAnsi="Open Sans"/>
          <w:b w:val="0"/>
          <w:i w:val="0"/>
          <w:sz w:val="21"/>
        </w:rPr>
        <w:t xml:space="preserve"> we appointed you to </w:t>
      </w:r>
      <w:r>
        <w:rPr>
          <w:rFonts w:ascii="Open Sans" w:hAnsi="Open Sans"/>
          <w:b w:val="0"/>
          <w:i w:val="0"/>
          <w:color w:val="21759B"/>
          <w:sz w:val="21"/>
        </w:rPr>
        <w:t>[DESCRIBE THE WORK OR THE GOODS]</w:t>
      </w:r>
      <w:r>
        <w:rPr>
          <w:rFonts w:ascii="Open Sans" w:hAnsi="Open Sans"/>
          <w:b w:val="0"/>
          <w:i w:val="0"/>
          <w:sz w:val="21"/>
        </w:rPr>
        <w:t xml:space="preserve"> at </w:t>
      </w:r>
      <w:r>
        <w:rPr>
          <w:rFonts w:ascii="Open Sans" w:hAnsi="Open Sans"/>
          <w:b w:val="0"/>
          <w:i w:val="0"/>
          <w:color w:val="21759B"/>
          <w:sz w:val="21"/>
        </w:rPr>
        <w:t>[SITE OR DELIVERY ADDRESS]</w:t>
      </w:r>
      <w:r>
        <w:rPr>
          <w:rFonts w:ascii="Open Sans" w:hAnsi="Open Sans"/>
          <w:b w:val="0"/>
          <w:i w:val="0"/>
          <w:sz w:val="21"/>
        </w:rPr>
        <w:t xml:space="preserve">, for a price of R </w:t>
      </w:r>
      <w:r>
        <w:rPr>
          <w:rFonts w:ascii="Open Sans" w:hAnsi="Open Sans"/>
          <w:b w:val="0"/>
          <w:i w:val="0"/>
          <w:color w:val="21759B"/>
          <w:sz w:val="21"/>
        </w:rPr>
        <w:t>[AMOUNT]</w:t>
      </w:r>
      <w:r>
        <w:rPr>
          <w:rFonts w:ascii="Open Sans" w:hAnsi="Open Sans"/>
          <w:b w:val="0"/>
          <w:i w:val="0"/>
          <w:sz w:val="21"/>
        </w:rPr>
        <w:t xml:space="preserve">, in terms of your quotation number </w:t>
      </w:r>
      <w:r>
        <w:rPr>
          <w:rFonts w:ascii="Open Sans" w:hAnsi="Open Sans"/>
          <w:b w:val="0"/>
          <w:i w:val="0"/>
          <w:color w:val="21759B"/>
          <w:sz w:val="21"/>
        </w:rPr>
        <w:t>[XXXXXX]</w:t>
      </w:r>
      <w:r>
        <w:rPr>
          <w:rFonts w:ascii="Open Sans" w:hAnsi="Open Sans"/>
          <w:b w:val="0"/>
          <w:i w:val="0"/>
          <w:sz w:val="21"/>
        </w:rPr>
        <w:t xml:space="preserve"> dated </w:t>
      </w:r>
      <w:r>
        <w:rPr>
          <w:rFonts w:ascii="Open Sans" w:hAnsi="Open Sans"/>
          <w:b w:val="0"/>
          <w:i w:val="0"/>
          <w:color w:val="21759B"/>
          <w:sz w:val="21"/>
        </w:rPr>
        <w:t>[DD Month YYYY]</w:t>
      </w:r>
      <w:r>
        <w:rPr>
          <w:rFonts w:ascii="Open Sans" w:hAnsi="Open Sans"/>
          <w:b w:val="0"/>
          <w:i w:val="0"/>
          <w:sz w:val="21"/>
        </w:rPr>
        <w:t xml:space="preserve">, which we accepted in writing. We have paid you R </w:t>
      </w:r>
      <w:r>
        <w:rPr>
          <w:rFonts w:ascii="Open Sans" w:hAnsi="Open Sans"/>
          <w:b w:val="0"/>
          <w:i w:val="0"/>
          <w:color w:val="21759B"/>
          <w:sz w:val="21"/>
        </w:rPr>
        <w:t>[AMOUNT]</w:t>
      </w:r>
      <w:r>
        <w:rPr>
          <w:rFonts w:ascii="Open Sans" w:hAnsi="Open Sans"/>
          <w:b w:val="0"/>
          <w:i w:val="0"/>
          <w:sz w:val="21"/>
        </w:rPr>
        <w:t xml:space="preserve"> to date.</w:t>
      </w:r>
    </w:p>
    <w:p>
      <w:pPr>
        <w:spacing w:after="60" w:before="0"/>
      </w:pPr>
      <w:r>
        <w:rPr>
          <w:rFonts w:ascii="Open Sans" w:hAnsi="Open Sans"/>
          <w:b/>
          <w:i w:val="0"/>
          <w:sz w:val="21"/>
        </w:rPr>
        <w:t>2. What is wrong</w:t>
      </w:r>
    </w:p>
    <w:tbl>
      <w:tblPr>
        <w:tblW w:type="dxa" w:w="9025"/>
        <w:jc w:val="center"/>
        <w:tblLayout w:type="fixed"/>
        <w:tblLook w:firstColumn="1" w:firstRow="1" w:lastColumn="0" w:lastRow="0" w:noHBand="0" w:noVBand="1" w:val="04A0"/>
      </w:tblPr>
      <w:tblGrid>
        <w:gridCol w:w="722"/>
        <w:gridCol w:w="3068"/>
        <w:gridCol w:w="3068"/>
        <w:gridCol w:w="2166"/>
      </w:tblGrid>
      <w:tr>
        <w:trPr>
          <w:tblHeader w:val="true"/>
        </w:trPr>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DEFECT</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WAS AGREED OR REQUIRED</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FIRST REPORTED</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[1]</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[DESCRIBE THE DEFECT PRECISELY]</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SPECIFICATION, STANDARD OR CLAUSE IT BREACHES]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[2]</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[DESCRIBE THE DEFECT PRECISELY]</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SPECIFICATION, STANDARD OR CLAUSE IT BREACHES]</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[3]</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[DESCRIBE THE DEFECT PRECISELY]</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[THE SPECIFICATION, STANDARD OR CLAUSE IT BREACHES]</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[DD Month YYYY]</w:t>
            </w:r>
          </w:p>
        </w:tc>
      </w:tr>
    </w:tbl>
    <w:p>
      <w:pPr>
        <w:spacing w:after="120" w:before="120"/>
        <w:jc w:val="both"/>
      </w:pPr>
      <w:r>
        <w:rPr>
          <w:rFonts w:ascii="Open Sans" w:hAnsi="Open Sans"/>
          <w:b w:val="0"/>
          <w:i w:val="0"/>
          <w:sz w:val="21"/>
        </w:rPr>
        <w:t xml:space="preserve">Photographs of each defect, dated, are attached, together with [the specification / the approved drawing / the manufacturer's instructions / the independent report by </w:t>
      </w:r>
      <w:r>
        <w:rPr>
          <w:rFonts w:ascii="Open Sans" w:hAnsi="Open Sans"/>
          <w:b w:val="0"/>
          <w:i w:val="0"/>
          <w:color w:val="21759B"/>
          <w:sz w:val="21"/>
        </w:rPr>
        <w:t>[NAME]</w:t>
      </w:r>
      <w:r>
        <w:rPr>
          <w:rFonts w:ascii="Open Sans" w:hAnsi="Open Sans"/>
          <w:b w:val="0"/>
          <w:i w:val="0"/>
          <w:sz w:val="21"/>
        </w:rPr>
        <w:t xml:space="preserve"> dated </w:t>
      </w:r>
      <w:r>
        <w:rPr>
          <w:rFonts w:ascii="Open Sans" w:hAnsi="Open Sans"/>
          <w:b w:val="0"/>
          <w:i w:val="0"/>
          <w:color w:val="21759B"/>
          <w:sz w:val="21"/>
        </w:rPr>
        <w:t>[DD Month YYYY]</w:t>
      </w:r>
      <w:r>
        <w:rPr>
          <w:rFonts w:ascii="Open Sans" w:hAnsi="Open Sans"/>
          <w:b w:val="0"/>
          <w:i w:val="0"/>
          <w:sz w:val="21"/>
        </w:rPr>
        <w:t>].</w:t>
      </w:r>
    </w:p>
    <w:p>
      <w:pPr>
        <w:spacing w:after="60" w:before="0"/>
      </w:pPr>
      <w:r>
        <w:rPr>
          <w:rFonts w:ascii="Open Sans" w:hAnsi="Open Sans"/>
          <w:b/>
          <w:i w:val="0"/>
          <w:sz w:val="21"/>
        </w:rPr>
        <w:t>3. Why this is a breach</w:t>
      </w:r>
    </w:p>
    <w:p>
      <w:pPr>
        <w:spacing w:after="120" w:before="0"/>
        <w:jc w:val="both"/>
      </w:pPr>
      <w:r>
        <w:rPr>
          <w:rFonts w:ascii="Open Sans" w:hAnsi="Open Sans"/>
          <w:b w:val="0"/>
          <w:i w:val="0"/>
          <w:sz w:val="21"/>
        </w:rPr>
        <w:t>The work was to be performed in a proper and workmanlike manner, in accordance with the specification and with the applicable standards, and the goods were to be of good quality, in good working order and free of defects. They are not. You are accordingly in breach of the agreement. [Where the buyer is a natural person or a small juristic person, sections 54 and 55 of the Consumer Protection Act 68 of 2008 also apply, and give the right to have the work remedied or the goods repaired, replaced or refunded. Confirm whether the Act applies to your transaction before relying on this sentence, because it does not apply where the buyer is a juristic person with turnover or assets of R2 million or more.]</w:t>
      </w:r>
    </w:p>
    <w:p>
      <w:pPr>
        <w:spacing w:after="60" w:before="0"/>
      </w:pPr>
      <w:r>
        <w:rPr>
          <w:rFonts w:ascii="Open Sans" w:hAnsi="Open Sans"/>
          <w:b/>
          <w:i w:val="0"/>
          <w:sz w:val="21"/>
        </w:rPr>
        <w:t>4. Demand</w:t>
      </w:r>
    </w:p>
    <w:p>
      <w:pPr>
        <w:spacing w:after="120" w:before="0"/>
        <w:jc w:val="both"/>
      </w:pPr>
      <w:r>
        <w:rPr>
          <w:rFonts w:ascii="Open Sans" w:hAnsi="Open Sans"/>
          <w:b w:val="0"/>
          <w:i w:val="0"/>
          <w:sz w:val="21"/>
        </w:rPr>
        <w:t xml:space="preserve">We hereby demand that you remedy the defects listed in paragraph 2 in full, at your own cost, by no later than </w:t>
      </w:r>
      <w:r>
        <w:rPr>
          <w:rFonts w:ascii="Open Sans" w:hAnsi="Open Sans"/>
          <w:b w:val="0"/>
          <w:i w:val="0"/>
          <w:color w:val="21759B"/>
          <w:sz w:val="21"/>
        </w:rPr>
        <w:t>[DD Month YYYY]</w:t>
      </w:r>
      <w:r>
        <w:rPr>
          <w:rFonts w:ascii="Open Sans" w:hAnsi="Open Sans"/>
          <w:b w:val="0"/>
          <w:i w:val="0"/>
          <w:sz w:val="21"/>
        </w:rPr>
        <w:t xml:space="preserve">, being </w:t>
      </w:r>
      <w:r>
        <w:rPr>
          <w:rFonts w:ascii="Open Sans" w:hAnsi="Open Sans"/>
          <w:b w:val="0"/>
          <w:i w:val="0"/>
          <w:color w:val="21759B"/>
          <w:sz w:val="21"/>
        </w:rPr>
        <w:t>[14]</w:t>
      </w:r>
      <w:r>
        <w:rPr>
          <w:rFonts w:ascii="Open Sans" w:hAnsi="Open Sans"/>
          <w:b w:val="0"/>
          <w:i w:val="0"/>
          <w:sz w:val="21"/>
        </w:rPr>
        <w:t xml:space="preserve"> days from the date of this letter as required by clause </w:t>
      </w:r>
      <w:r>
        <w:rPr>
          <w:rFonts w:ascii="Open Sans" w:hAnsi="Open Sans"/>
          <w:b w:val="0"/>
          <w:i w:val="0"/>
          <w:color w:val="21759B"/>
          <w:sz w:val="21"/>
        </w:rPr>
        <w:t>[X]</w:t>
      </w:r>
      <w:r>
        <w:rPr>
          <w:rFonts w:ascii="Open Sans" w:hAnsi="Open Sans"/>
          <w:b w:val="0"/>
          <w:i w:val="0"/>
          <w:sz w:val="21"/>
        </w:rPr>
        <w:t xml:space="preserve"> of the agreement. Please confirm in writing by </w:t>
      </w:r>
      <w:r>
        <w:rPr>
          <w:rFonts w:ascii="Open Sans" w:hAnsi="Open Sans"/>
          <w:b w:val="0"/>
          <w:i w:val="0"/>
          <w:color w:val="21759B"/>
          <w:sz w:val="21"/>
        </w:rPr>
        <w:t>[DD Month YYYY]</w:t>
      </w:r>
      <w:r>
        <w:rPr>
          <w:rFonts w:ascii="Open Sans" w:hAnsi="Open Sans"/>
          <w:b w:val="0"/>
          <w:i w:val="0"/>
          <w:sz w:val="21"/>
        </w:rPr>
        <w:t xml:space="preserve"> when you will attend and how long the work will take. Access to the site is available between </w:t>
      </w:r>
      <w:r>
        <w:rPr>
          <w:rFonts w:ascii="Open Sans" w:hAnsi="Open Sans"/>
          <w:b w:val="0"/>
          <w:i w:val="0"/>
          <w:color w:val="21759B"/>
          <w:sz w:val="21"/>
        </w:rPr>
        <w:t>[TIME]</w:t>
      </w:r>
      <w:r>
        <w:rPr>
          <w:rFonts w:ascii="Open Sans" w:hAnsi="Open Sans"/>
          <w:b w:val="0"/>
          <w:i w:val="0"/>
          <w:sz w:val="21"/>
        </w:rPr>
        <w:t xml:space="preserve"> and </w:t>
      </w:r>
      <w:r>
        <w:rPr>
          <w:rFonts w:ascii="Open Sans" w:hAnsi="Open Sans"/>
          <w:b w:val="0"/>
          <w:i w:val="0"/>
          <w:color w:val="21759B"/>
          <w:sz w:val="21"/>
        </w:rPr>
        <w:t>[TIME]</w:t>
      </w:r>
      <w:r>
        <w:rPr>
          <w:rFonts w:ascii="Open Sans" w:hAnsi="Open Sans"/>
          <w:b w:val="0"/>
          <w:i w:val="0"/>
          <w:sz w:val="21"/>
        </w:rPr>
        <w:t xml:space="preserve"> on </w:t>
      </w:r>
      <w:r>
        <w:rPr>
          <w:rFonts w:ascii="Open Sans" w:hAnsi="Open Sans"/>
          <w:b w:val="0"/>
          <w:i w:val="0"/>
          <w:color w:val="21759B"/>
          <w:sz w:val="21"/>
        </w:rPr>
        <w:t>[DAYS OF THE WEEK]</w:t>
      </w:r>
      <w:r>
        <w:rPr>
          <w:rFonts w:ascii="Open Sans" w:hAnsi="Open Sans"/>
          <w:b w:val="0"/>
          <w:i w:val="0"/>
          <w:sz w:val="21"/>
        </w:rPr>
        <w:t>.</w:t>
      </w:r>
    </w:p>
    <w:p>
      <w:pPr>
        <w:spacing w:after="120" w:before="0"/>
        <w:jc w:val="both"/>
      </w:pPr>
      <w:r>
        <w:rPr>
          <w:rFonts w:ascii="Open Sans" w:hAnsi="Open Sans"/>
          <w:b w:val="0"/>
          <w:i w:val="0"/>
          <w:sz w:val="21"/>
        </w:rPr>
        <w:t xml:space="preserve">We are withholding the balance of R </w:t>
      </w:r>
      <w:r>
        <w:rPr>
          <w:rFonts w:ascii="Open Sans" w:hAnsi="Open Sans"/>
          <w:b w:val="0"/>
          <w:i w:val="0"/>
          <w:color w:val="21759B"/>
          <w:sz w:val="21"/>
        </w:rPr>
        <w:t>[AMOUNT]</w:t>
      </w:r>
      <w:r>
        <w:rPr>
          <w:rFonts w:ascii="Open Sans" w:hAnsi="Open Sans"/>
          <w:b w:val="0"/>
          <w:i w:val="0"/>
          <w:sz w:val="21"/>
        </w:rPr>
        <w:t xml:space="preserve"> pending completion of the remedial work, as we are entitled to do while your performance remains defective. That amount will be released within </w:t>
      </w:r>
      <w:r>
        <w:rPr>
          <w:rFonts w:ascii="Open Sans" w:hAnsi="Open Sans"/>
          <w:b w:val="0"/>
          <w:i w:val="0"/>
          <w:color w:val="21759B"/>
          <w:sz w:val="21"/>
        </w:rPr>
        <w:t>[7]</w:t>
      </w:r>
      <w:r>
        <w:rPr>
          <w:rFonts w:ascii="Open Sans" w:hAnsi="Open Sans"/>
          <w:b w:val="0"/>
          <w:i w:val="0"/>
          <w:sz w:val="21"/>
        </w:rPr>
        <w:t xml:space="preserve"> days of our written acceptance of the completed remedial work.</w:t>
      </w:r>
    </w:p>
    <w:p>
      <w:pPr>
        <w:spacing w:after="60" w:before="0"/>
      </w:pPr>
      <w:r>
        <w:rPr>
          <w:rFonts w:ascii="Open Sans" w:hAnsi="Open Sans"/>
          <w:b/>
          <w:i w:val="0"/>
          <w:sz w:val="21"/>
        </w:rPr>
        <w:t>5. If you do not remedy the defects</w:t>
      </w:r>
    </w:p>
    <w:p>
      <w:pPr>
        <w:spacing w:after="120" w:before="0"/>
        <w:jc w:val="both"/>
      </w:pPr>
      <w:r>
        <w:rPr>
          <w:rFonts w:ascii="Open Sans" w:hAnsi="Open Sans"/>
          <w:b w:val="0"/>
          <w:i w:val="0"/>
          <w:sz w:val="21"/>
        </w:rPr>
        <w:t xml:space="preserve">Should the defects not be remedied by </w:t>
      </w:r>
      <w:r>
        <w:rPr>
          <w:rFonts w:ascii="Open Sans" w:hAnsi="Open Sans"/>
          <w:b w:val="0"/>
          <w:i w:val="0"/>
          <w:color w:val="21759B"/>
          <w:sz w:val="21"/>
        </w:rPr>
        <w:t>[DD Month YYYY]</w:t>
      </w:r>
      <w:r>
        <w:rPr>
          <w:rFonts w:ascii="Open Sans" w:hAnsi="Open Sans"/>
          <w:b w:val="0"/>
          <w:i w:val="0"/>
          <w:sz w:val="21"/>
        </w:rPr>
        <w:t xml:space="preserve">, we will, without further notice: [cancel the agreement in terms of clause </w:t>
      </w:r>
      <w:r>
        <w:rPr>
          <w:rFonts w:ascii="Open Sans" w:hAnsi="Open Sans"/>
          <w:b w:val="0"/>
          <w:i w:val="0"/>
          <w:color w:val="21759B"/>
          <w:sz w:val="21"/>
        </w:rPr>
        <w:t>[X]</w:t>
      </w:r>
      <w:r>
        <w:rPr>
          <w:rFonts w:ascii="Open Sans" w:hAnsi="Open Sans"/>
          <w:b w:val="0"/>
          <w:i w:val="0"/>
          <w:sz w:val="21"/>
        </w:rPr>
        <w:t xml:space="preserve">;] appoint another contractor or supplier to complete or correct the work; and hold you liable for the cost of doing so, for any consequential loss, and for interest and costs. We will obtain </w:t>
      </w:r>
      <w:r>
        <w:rPr>
          <w:rFonts w:ascii="Open Sans" w:hAnsi="Open Sans"/>
          <w:b w:val="0"/>
          <w:i w:val="0"/>
          <w:color w:val="21759B"/>
          <w:sz w:val="21"/>
        </w:rPr>
        <w:t>[two]</w:t>
      </w:r>
      <w:r>
        <w:rPr>
          <w:rFonts w:ascii="Open Sans" w:hAnsi="Open Sans"/>
          <w:b w:val="0"/>
          <w:i w:val="0"/>
          <w:sz w:val="21"/>
        </w:rPr>
        <w:t xml:space="preserve"> written quotations before appointing anybody, and we will give you copies.</w:t>
      </w:r>
    </w:p>
    <w:p>
      <w:pPr>
        <w:spacing w:after="60" w:before="0"/>
      </w:pPr>
      <w:r>
        <w:rPr>
          <w:rFonts w:ascii="Open Sans" w:hAnsi="Open Sans"/>
          <w:b/>
          <w:i w:val="0"/>
          <w:sz w:val="21"/>
        </w:rPr>
        <w:t>6. Rights reserved</w:t>
      </w:r>
    </w:p>
    <w:p>
      <w:pPr>
        <w:spacing w:after="120" w:before="0"/>
        <w:jc w:val="both"/>
      </w:pPr>
      <w:r>
        <w:rPr>
          <w:rFonts w:ascii="Open Sans" w:hAnsi="Open Sans"/>
          <w:b w:val="0"/>
          <w:i w:val="0"/>
          <w:sz w:val="21"/>
        </w:rPr>
        <w:t xml:space="preserve">All our rights remain reserved, including any right to cancel, to claim damages, to claim a reduction of the price, and to refer the matter to </w:t>
      </w:r>
      <w:r>
        <w:rPr>
          <w:rFonts w:ascii="Open Sans" w:hAnsi="Open Sans"/>
          <w:b w:val="0"/>
          <w:i w:val="0"/>
          <w:color w:val="21759B"/>
          <w:sz w:val="21"/>
        </w:rPr>
        <w:t>[the Consumer Goods and Services Ombud / the National Home Builders Registration Council / the relevant industry body]</w:t>
      </w:r>
      <w:r>
        <w:rPr>
          <w:rFonts w:ascii="Open Sans" w:hAnsi="Open Sans"/>
          <w:b w:val="0"/>
          <w:i w:val="0"/>
          <w:sz w:val="21"/>
        </w:rPr>
        <w:t>, and this letter is not to be read as a waiver of any of them.</w:t>
      </w:r>
    </w:p>
    <w:p>
      <w:pPr>
        <w:spacing w:after="80"/>
      </w:pPr>
    </w:p>
    <w:p>
      <w:pPr>
        <w:spacing w:after="280" w:before="0"/>
      </w:pPr>
      <w:r>
        <w:rPr>
          <w:rFonts w:ascii="Open Sans" w:hAnsi="Open Sans"/>
          <w:b w:val="0"/>
          <w:i w:val="0"/>
          <w:sz w:val="21"/>
        </w:rPr>
        <w:t>Yours faithfully</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Signature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[Sign here]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Full name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FULL NAME]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Capacity</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[Owner / Director / Credit controller]</w:t>
            </w:r>
            <w:r>
              <w:rPr>
                <w:rFonts w:ascii="Open Sans" w:hAnsi="Open Sans"/>
                <w:b w:val="0"/>
                <w:i w:val="0"/>
                <w:sz w:val="19"/>
              </w:rPr>
              <w:t xml:space="preserve"> of </w:t>
            </w:r>
            <w:r>
              <w:rPr>
                <w:rFonts w:ascii="Open Sans" w:hAnsi="Open Sans"/>
                <w:b w:val="0"/>
                <w:i w:val="0"/>
                <w:color w:val="21759B"/>
                <w:sz w:val="19"/>
              </w:rPr>
              <w:t>[YOUR COMPANY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Contact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[+27 XX XXX XXXX]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Email</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[email@yourbusiness.co.za]</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Date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Take dated photographs before, during and after. Keep every message. If the amount is significant, pay for an independent report from a competent person now rather than later: it is the single most useful document you can have if this ends up in front of a court.</w:t>
      </w:r>
    </w:p>
    <w:p>
      <w:r>
        <w:br w:type="page"/>
      </w:r>
    </w:p>
    <w:p>
      <w:pPr>
        <w:spacing w:before="0" w:after="20"/>
      </w:pPr>
      <w:r>
        <w:rPr>
          <w:rFonts w:ascii="Montserrat" w:hAnsi="Montserrat"/>
          <w:b/>
          <w:color w:val="21759B"/>
          <w:sz w:val="18"/>
        </w:rPr>
        <w:t>LETTER 6</w:t>
      </w:r>
    </w:p>
    <w:p>
      <w:pPr>
        <w:spacing w:before="0" w:after="40"/>
      </w:pPr>
      <w:r>
        <w:rPr>
          <w:rFonts w:ascii="Montserrat" w:hAnsi="Montserrat"/>
          <w:b/>
          <w:color w:val="191C4A"/>
          <w:sz w:val="30"/>
        </w:rPr>
        <w:t>REPLY TO A CUSTOMER WHO DISPUTES THE DEBT</w:t>
      </w:r>
    </w:p>
    <w:p>
      <w:pPr>
        <w:spacing w:before="0" w:after="160"/>
      </w:pPr>
      <w:r>
        <w:rPr>
          <w:rFonts w:ascii="Open Sans" w:hAnsi="Open Sans"/>
          <w:color w:val="6B6870"/>
          <w:sz w:val="19"/>
        </w:rPr>
        <w:t>Answer the dispute with documents, not with argument, and get the undisputed part paid in the meantime.</w:t>
      </w:r>
    </w:p>
    <w:p>
      <w:pPr>
        <w:spacing w:before="80" w:after="160"/>
        <w:pBdr>
          <w:bottom w:val="single" w:sz="6" w:space="1" w:color="E0DDD4"/>
        </w:pBdr>
      </w:pP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customer who says the whole account is in dispute usually means they cannot pay it. Make them be specific: which invoice, which line, what exactly is wrong. A dispute that cannot be described is not a dispute.</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To</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[CUSTOMER OR DEBTOR FULL LEGAL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Registration or identity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[2026/123456/07 or YYMMDD XXXX XX 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Attention</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 AND POSITION OF THE PERSON WHO PAYS]</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Delivery address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[PHYSICAL ADDRESS FOR SERVICE]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Email</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[accounts@customer.co.za]</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Date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Our reference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[ACCOUNT OR CUSTOMER NUMBER]</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Your letter or email of</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bl>
    <w:p>
      <w:pPr>
        <w:spacing w:after="80"/>
      </w:pPr>
    </w:p>
    <w:p>
      <w:pPr>
        <w:spacing w:after="160" w:before="0"/>
      </w:pPr>
      <w:r>
        <w:rPr>
          <w:rFonts w:ascii="Open Sans" w:hAnsi="Open Sans"/>
          <w:b w:val="0"/>
          <w:i w:val="0"/>
          <w:sz w:val="21"/>
        </w:rPr>
        <w:t xml:space="preserve">Dear </w:t>
      </w:r>
      <w:r>
        <w:rPr>
          <w:rFonts w:ascii="Open Sans" w:hAnsi="Open Sans"/>
          <w:b w:val="0"/>
          <w:i w:val="0"/>
          <w:color w:val="21759B"/>
          <w:sz w:val="21"/>
        </w:rPr>
        <w:t>[FIRST NAME]</w:t>
      </w:r>
    </w:p>
    <w:p>
      <w:pPr>
        <w:spacing w:after="160" w:before="0"/>
      </w:pPr>
      <w:r>
        <w:rPr>
          <w:rFonts w:ascii="Open Sans" w:hAnsi="Open Sans"/>
          <w:b/>
          <w:i w:val="0"/>
          <w:sz w:val="21"/>
        </w:rPr>
        <w:t xml:space="preserve">ACCOUNT </w:t>
      </w:r>
      <w:r>
        <w:rPr>
          <w:rFonts w:ascii="Open Sans" w:hAnsi="Open Sans"/>
          <w:b/>
          <w:i w:val="0"/>
          <w:color w:val="21759B"/>
          <w:sz w:val="21"/>
        </w:rPr>
        <w:t>[ACCOUNT NUMBER]</w:t>
      </w:r>
      <w:r>
        <w:rPr>
          <w:rFonts w:ascii="Open Sans" w:hAnsi="Open Sans"/>
          <w:b/>
          <w:i w:val="0"/>
          <w:sz w:val="21"/>
        </w:rPr>
        <w:t xml:space="preserve">: YOUR DISPUTE OF </w:t>
      </w:r>
      <w:r>
        <w:rPr>
          <w:rFonts w:ascii="Open Sans" w:hAnsi="Open Sans"/>
          <w:b/>
          <w:i w:val="0"/>
          <w:color w:val="21759B"/>
          <w:sz w:val="21"/>
        </w:rPr>
        <w:t>[DD Month YYYY]</w:t>
      </w:r>
      <w:r>
        <w:rPr>
          <w:rFonts w:ascii="Open Sans" w:hAnsi="Open Sans"/>
          <w:b/>
          <w:i w:val="0"/>
          <w:sz w:val="21"/>
        </w:rPr>
        <w:t>, AND PAYMENT OF THE BALANCE</w:t>
      </w:r>
    </w:p>
    <w:p>
      <w:pPr>
        <w:spacing w:after="60" w:before="0"/>
      </w:pPr>
      <w:r>
        <w:rPr>
          <w:rFonts w:ascii="Open Sans" w:hAnsi="Open Sans"/>
          <w:b/>
          <w:i w:val="0"/>
          <w:sz w:val="21"/>
        </w:rPr>
        <w:t>1. Thank you for responding</w:t>
      </w:r>
    </w:p>
    <w:p>
      <w:pPr>
        <w:spacing w:after="120" w:before="0"/>
        <w:jc w:val="both"/>
      </w:pPr>
      <w:r>
        <w:rPr>
          <w:rFonts w:ascii="Open Sans" w:hAnsi="Open Sans"/>
          <w:b w:val="0"/>
          <w:i w:val="0"/>
          <w:sz w:val="21"/>
        </w:rPr>
        <w:t xml:space="preserve">We received your </w:t>
      </w:r>
      <w:r>
        <w:rPr>
          <w:rFonts w:ascii="Open Sans" w:hAnsi="Open Sans"/>
          <w:b w:val="0"/>
          <w:i w:val="0"/>
          <w:color w:val="21759B"/>
          <w:sz w:val="21"/>
        </w:rPr>
        <w:t>[letter / email / message]</w:t>
      </w:r>
      <w:r>
        <w:rPr>
          <w:rFonts w:ascii="Open Sans" w:hAnsi="Open Sans"/>
          <w:b w:val="0"/>
          <w:i w:val="0"/>
          <w:sz w:val="21"/>
        </w:rPr>
        <w:t xml:space="preserve"> of </w:t>
      </w:r>
      <w:r>
        <w:rPr>
          <w:rFonts w:ascii="Open Sans" w:hAnsi="Open Sans"/>
          <w:b w:val="0"/>
          <w:i w:val="0"/>
          <w:color w:val="21759B"/>
          <w:sz w:val="21"/>
        </w:rPr>
        <w:t>[DD Month YYYY]</w:t>
      </w:r>
      <w:r>
        <w:rPr>
          <w:rFonts w:ascii="Open Sans" w:hAnsi="Open Sans"/>
          <w:b w:val="0"/>
          <w:i w:val="0"/>
          <w:sz w:val="21"/>
        </w:rPr>
        <w:t xml:space="preserve"> in which you dispute </w:t>
      </w:r>
      <w:r>
        <w:rPr>
          <w:rFonts w:ascii="Open Sans" w:hAnsi="Open Sans"/>
          <w:b w:val="0"/>
          <w:i w:val="0"/>
          <w:color w:val="21759B"/>
          <w:sz w:val="21"/>
        </w:rPr>
        <w:t>[SUMMARISE WHAT THEY SAY, FAIRLY AND IN ONE SENTENCE]</w:t>
      </w:r>
      <w:r>
        <w:rPr>
          <w:rFonts w:ascii="Open Sans" w:hAnsi="Open Sans"/>
          <w:b w:val="0"/>
          <w:i w:val="0"/>
          <w:sz w:val="21"/>
        </w:rPr>
        <w:t>. We have looked at the file and we set out our answer below, with the documents attached.</w:t>
      </w:r>
    </w:p>
    <w:p>
      <w:pPr>
        <w:spacing w:after="60" w:before="0"/>
      </w:pPr>
      <w:r>
        <w:rPr>
          <w:rFonts w:ascii="Open Sans" w:hAnsi="Open Sans"/>
          <w:b/>
          <w:i w:val="0"/>
          <w:sz w:val="21"/>
        </w:rPr>
        <w:t>2. What is in dispute and what is not</w:t>
      </w:r>
    </w:p>
    <w:tbl>
      <w:tblPr>
        <w:tblW w:type="dxa" w:w="9025"/>
        <w:jc w:val="center"/>
        <w:tblLayout w:type="fixed"/>
        <w:tblLook w:firstColumn="1" w:firstRow="1" w:lastColumn="0" w:lastRow="0" w:noHBand="0" w:noVBand="1" w:val="04A0"/>
      </w:tblPr>
      <w:tblGrid>
        <w:gridCol w:w="1624"/>
        <w:gridCol w:w="1173"/>
        <w:gridCol w:w="2166"/>
        <w:gridCol w:w="2707"/>
        <w:gridCol w:w="1353"/>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INVOICE</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AMOUNT</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YOUR POSITION</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OUR ANSWER</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[INV-2026-001]</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[WHAT THEY SAY]</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[OUR ANSWER, WITH THE DOCUMENT REFERENCE]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[Disputed]</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[INV-2026-002]</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[Not disputed]</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[Payment due]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[Not disputed]</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[INV-2026-003]</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[Not disputed]</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8"/>
              </w:rPr>
              <w:t>[Payment due]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8"/>
              </w:rPr>
              <w:t>[Not disputed]</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 not in dispute</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8"/>
              </w:rPr>
              <w:t>Total in dispute</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right"/>
            </w:pPr>
            <w:r>
              <w:rPr>
                <w:rFonts w:ascii="Open Sans" w:hAnsi="Open Sans"/>
                <w:b w:val="0"/>
                <w:i w:val="0"/>
                <w:color w:val="21759B"/>
                <w:sz w:val="18"/>
              </w:rPr>
              <w:t>[R 0.00]</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p>
        </w:tc>
      </w:tr>
    </w:tbl>
    <w:p>
      <w:pPr>
        <w:spacing w:after="60" w:before="0"/>
      </w:pPr>
      <w:r>
        <w:rPr>
          <w:rFonts w:ascii="Open Sans" w:hAnsi="Open Sans"/>
          <w:b/>
          <w:i w:val="0"/>
          <w:sz w:val="21"/>
        </w:rPr>
        <w:t>3. The amount that is not in dispute is payable now</w:t>
      </w:r>
    </w:p>
    <w:p>
      <w:pPr>
        <w:spacing w:after="120" w:before="0"/>
        <w:jc w:val="both"/>
      </w:pPr>
      <w:r>
        <w:rPr>
          <w:rFonts w:ascii="Open Sans" w:hAnsi="Open Sans"/>
          <w:b w:val="0"/>
          <w:i w:val="0"/>
          <w:sz w:val="21"/>
        </w:rPr>
        <w:t xml:space="preserve">A dispute about one invoice does not put the rest of the account on hold. The amount of R </w:t>
      </w:r>
      <w:r>
        <w:rPr>
          <w:rFonts w:ascii="Open Sans" w:hAnsi="Open Sans"/>
          <w:b w:val="0"/>
          <w:i w:val="0"/>
          <w:color w:val="21759B"/>
          <w:sz w:val="21"/>
        </w:rPr>
        <w:t>[AMOUNT]</w:t>
      </w:r>
      <w:r>
        <w:rPr>
          <w:rFonts w:ascii="Open Sans" w:hAnsi="Open Sans"/>
          <w:b w:val="0"/>
          <w:i w:val="0"/>
          <w:sz w:val="21"/>
        </w:rPr>
        <w:t xml:space="preserve"> is not disputed and is overdue. Please pay that amount by </w:t>
      </w:r>
      <w:r>
        <w:rPr>
          <w:rFonts w:ascii="Open Sans" w:hAnsi="Open Sans"/>
          <w:b w:val="0"/>
          <w:i w:val="0"/>
          <w:color w:val="21759B"/>
          <w:sz w:val="21"/>
        </w:rPr>
        <w:t>[DD Month YYYY]</w:t>
      </w:r>
      <w:r>
        <w:rPr>
          <w:rFonts w:ascii="Open Sans" w:hAnsi="Open Sans"/>
          <w:b w:val="0"/>
          <w:i w:val="0"/>
          <w:sz w:val="21"/>
        </w:rPr>
        <w:t xml:space="preserve">, quoting reference </w:t>
      </w:r>
      <w:r>
        <w:rPr>
          <w:rFonts w:ascii="Open Sans" w:hAnsi="Open Sans"/>
          <w:b w:val="0"/>
          <w:i w:val="0"/>
          <w:color w:val="21759B"/>
          <w:sz w:val="21"/>
        </w:rPr>
        <w:t>[ACCOUNT OR CUSTOMER NUMBER]</w:t>
      </w:r>
      <w:r>
        <w:rPr>
          <w:rFonts w:ascii="Open Sans" w:hAnsi="Open Sans"/>
          <w:b w:val="0"/>
          <w:i w:val="0"/>
          <w:sz w:val="21"/>
        </w:rPr>
        <w:t>. Paying it does not prejudice your position on the disputed item and we will not treat it as an admission of the disputed item.</w:t>
      </w:r>
    </w:p>
    <w:p>
      <w:pPr>
        <w:spacing w:after="60" w:before="0"/>
      </w:pPr>
      <w:r>
        <w:rPr>
          <w:rFonts w:ascii="Open Sans" w:hAnsi="Open Sans"/>
          <w:b/>
          <w:i w:val="0"/>
          <w:sz w:val="21"/>
        </w:rPr>
        <w:t>4. Our answer on the disputed item</w:t>
      </w:r>
    </w:p>
    <w:p>
      <w:pPr>
        <w:spacing w:after="120" w:before="0"/>
        <w:jc w:val="both"/>
      </w:pPr>
      <w:r>
        <w:rPr>
          <w:rFonts w:ascii="Open Sans" w:hAnsi="Open Sans"/>
          <w:b w:val="0"/>
          <w:i w:val="0"/>
          <w:color w:val="21759B"/>
          <w:sz w:val="21"/>
        </w:rPr>
        <w:t>[SET OUT THE ANSWER, SHORTLY AND FACTUALLY, AND REFER TO THE ATTACHED DOCUMENT.]</w:t>
      </w:r>
      <w:r>
        <w:rPr>
          <w:rFonts w:ascii="Open Sans" w:hAnsi="Open Sans"/>
          <w:b w:val="0"/>
          <w:i w:val="0"/>
          <w:sz w:val="21"/>
        </w:rPr>
        <w:t xml:space="preserve"> We attach [the accepted quotation dated </w:t>
      </w:r>
      <w:r>
        <w:rPr>
          <w:rFonts w:ascii="Open Sans" w:hAnsi="Open Sans"/>
          <w:b w:val="0"/>
          <w:i w:val="0"/>
          <w:color w:val="21759B"/>
          <w:sz w:val="21"/>
        </w:rPr>
        <w:t>[DD Month YYYY]</w:t>
      </w:r>
      <w:r>
        <w:rPr>
          <w:rFonts w:ascii="Open Sans" w:hAnsi="Open Sans"/>
          <w:b w:val="0"/>
          <w:i w:val="0"/>
          <w:sz w:val="21"/>
        </w:rPr>
        <w:t xml:space="preserve">, the signed delivery note number </w:t>
      </w:r>
      <w:r>
        <w:rPr>
          <w:rFonts w:ascii="Open Sans" w:hAnsi="Open Sans"/>
          <w:b w:val="0"/>
          <w:i w:val="0"/>
          <w:color w:val="21759B"/>
          <w:sz w:val="21"/>
        </w:rPr>
        <w:t>[XXXXXX]</w:t>
      </w:r>
      <w:r>
        <w:rPr>
          <w:rFonts w:ascii="Open Sans" w:hAnsi="Open Sans"/>
          <w:b w:val="0"/>
          <w:i w:val="0"/>
          <w:sz w:val="21"/>
        </w:rPr>
        <w:t xml:space="preserve">, the signed job card, and the email of </w:t>
      </w:r>
      <w:r>
        <w:rPr>
          <w:rFonts w:ascii="Open Sans" w:hAnsi="Open Sans"/>
          <w:b w:val="0"/>
          <w:i w:val="0"/>
          <w:color w:val="21759B"/>
          <w:sz w:val="21"/>
        </w:rPr>
        <w:t>[DD Month YYYY]</w:t>
      </w:r>
      <w:r>
        <w:rPr>
          <w:rFonts w:ascii="Open Sans" w:hAnsi="Open Sans"/>
          <w:b w:val="0"/>
          <w:i w:val="0"/>
          <w:sz w:val="21"/>
        </w:rPr>
        <w:t xml:space="preserve"> in which you confirmed the order]. On that evidence the charge is correct and payable. If you hold a document that shows otherwise, please send it to us by </w:t>
      </w:r>
      <w:r>
        <w:rPr>
          <w:rFonts w:ascii="Open Sans" w:hAnsi="Open Sans"/>
          <w:b w:val="0"/>
          <w:i w:val="0"/>
          <w:color w:val="21759B"/>
          <w:sz w:val="21"/>
        </w:rPr>
        <w:t>[DD Month YYYY]</w:t>
      </w:r>
      <w:r>
        <w:rPr>
          <w:rFonts w:ascii="Open Sans" w:hAnsi="Open Sans"/>
          <w:b w:val="0"/>
          <w:i w:val="0"/>
          <w:sz w:val="21"/>
        </w:rPr>
        <w:t xml:space="preserve"> and we will reconsider the item on its merits.</w:t>
      </w:r>
    </w:p>
    <w:p>
      <w:pPr>
        <w:spacing w:after="120" w:before="0"/>
        <w:jc w:val="both"/>
      </w:pPr>
      <w:r>
        <w:rPr>
          <w:rFonts w:ascii="Open Sans" w:hAnsi="Open Sans"/>
          <w:b w:val="0"/>
          <w:i w:val="0"/>
          <w:sz w:val="21"/>
        </w:rPr>
        <w:t xml:space="preserve">[Where you agree with the customer, delete the paragraph above and use this one: having reviewed the file, we agree that the charge of R </w:t>
      </w:r>
      <w:r>
        <w:rPr>
          <w:rFonts w:ascii="Open Sans" w:hAnsi="Open Sans"/>
          <w:b w:val="0"/>
          <w:i w:val="0"/>
          <w:color w:val="21759B"/>
          <w:sz w:val="21"/>
        </w:rPr>
        <w:t>[AMOUNT]</w:t>
      </w:r>
      <w:r>
        <w:rPr>
          <w:rFonts w:ascii="Open Sans" w:hAnsi="Open Sans"/>
          <w:b w:val="0"/>
          <w:i w:val="0"/>
          <w:sz w:val="21"/>
        </w:rPr>
        <w:t xml:space="preserve"> on invoice </w:t>
      </w:r>
      <w:r>
        <w:rPr>
          <w:rFonts w:ascii="Open Sans" w:hAnsi="Open Sans"/>
          <w:b w:val="0"/>
          <w:i w:val="0"/>
          <w:color w:val="21759B"/>
          <w:sz w:val="21"/>
        </w:rPr>
        <w:t>[INV-2026-001]</w:t>
      </w:r>
      <w:r>
        <w:rPr>
          <w:rFonts w:ascii="Open Sans" w:hAnsi="Open Sans"/>
          <w:b w:val="0"/>
          <w:i w:val="0"/>
          <w:sz w:val="21"/>
        </w:rPr>
        <w:t xml:space="preserve"> is incorrect. We have issued credit note </w:t>
      </w:r>
      <w:r>
        <w:rPr>
          <w:rFonts w:ascii="Open Sans" w:hAnsi="Open Sans"/>
          <w:b w:val="0"/>
          <w:i w:val="0"/>
          <w:color w:val="21759B"/>
          <w:sz w:val="21"/>
        </w:rPr>
        <w:t>[CN-2026-001]</w:t>
      </w:r>
      <w:r>
        <w:rPr>
          <w:rFonts w:ascii="Open Sans" w:hAnsi="Open Sans"/>
          <w:b w:val="0"/>
          <w:i w:val="0"/>
          <w:sz w:val="21"/>
        </w:rPr>
        <w:t xml:space="preserve"> against that invoice and attach it. The revised balance is R </w:t>
      </w:r>
      <w:r>
        <w:rPr>
          <w:rFonts w:ascii="Open Sans" w:hAnsi="Open Sans"/>
          <w:b w:val="0"/>
          <w:i w:val="0"/>
          <w:color w:val="21759B"/>
          <w:sz w:val="21"/>
        </w:rPr>
        <w:t>[AMOUNT]</w:t>
      </w:r>
      <w:r>
        <w:rPr>
          <w:rFonts w:ascii="Open Sans" w:hAnsi="Open Sans"/>
          <w:b w:val="0"/>
          <w:i w:val="0"/>
          <w:sz w:val="21"/>
        </w:rPr>
        <w:t>. We have also reversed the interest charged on the credited amount. We apologise for the error.]</w:t>
      </w:r>
    </w:p>
    <w:p>
      <w:pPr>
        <w:spacing w:after="60" w:before="0"/>
      </w:pPr>
      <w:r>
        <w:rPr>
          <w:rFonts w:ascii="Open Sans" w:hAnsi="Open Sans"/>
          <w:b/>
          <w:i w:val="0"/>
          <w:sz w:val="21"/>
        </w:rPr>
        <w:t>5. What we propose</w:t>
      </w:r>
    </w:p>
    <w:p>
      <w:pPr>
        <w:pStyle w:val="ListNumber"/>
        <w:spacing w:after="60"/>
        <w:ind w:left="340"/>
      </w:pPr>
      <w:r>
        <w:rPr>
          <w:rFonts w:ascii="Open Sans" w:hAnsi="Open Sans"/>
          <w:b w:val="0"/>
          <w:i w:val="0"/>
          <w:sz w:val="21"/>
        </w:rPr>
        <w:t xml:space="preserve">You pay R </w:t>
      </w:r>
      <w:r>
        <w:rPr>
          <w:rFonts w:ascii="Open Sans" w:hAnsi="Open Sans"/>
          <w:b w:val="0"/>
          <w:i w:val="0"/>
          <w:color w:val="21759B"/>
          <w:sz w:val="21"/>
        </w:rPr>
        <w:t>[AMOUNT]</w:t>
      </w:r>
      <w:r>
        <w:rPr>
          <w:rFonts w:ascii="Open Sans" w:hAnsi="Open Sans"/>
          <w:b w:val="0"/>
          <w:i w:val="0"/>
          <w:sz w:val="21"/>
        </w:rPr>
        <w:t xml:space="preserve">, being the undisputed balance, by </w:t>
      </w:r>
      <w:r>
        <w:rPr>
          <w:rFonts w:ascii="Open Sans" w:hAnsi="Open Sans"/>
          <w:b w:val="0"/>
          <w:i w:val="0"/>
          <w:color w:val="21759B"/>
          <w:sz w:val="21"/>
        </w:rPr>
        <w:t>[DD Month YYYY]</w:t>
      </w:r>
      <w:r>
        <w:rPr>
          <w:rFonts w:ascii="Open Sans" w:hAnsi="Open Sans"/>
          <w:b w:val="0"/>
          <w:i w:val="0"/>
          <w:sz w:val="21"/>
        </w:rPr>
        <w:t>.</w:t>
      </w:r>
    </w:p>
    <w:p>
      <w:pPr>
        <w:pStyle w:val="ListNumber"/>
        <w:spacing w:after="60"/>
        <w:ind w:left="340"/>
      </w:pPr>
      <w:r>
        <w:rPr>
          <w:rFonts w:ascii="Open Sans" w:hAnsi="Open Sans"/>
          <w:b w:val="0"/>
          <w:i w:val="0"/>
          <w:sz w:val="21"/>
        </w:rPr>
        <w:t xml:space="preserve">You send us, by </w:t>
      </w:r>
      <w:r>
        <w:rPr>
          <w:rFonts w:ascii="Open Sans" w:hAnsi="Open Sans"/>
          <w:b w:val="0"/>
          <w:i w:val="0"/>
          <w:color w:val="21759B"/>
          <w:sz w:val="21"/>
        </w:rPr>
        <w:t>[DD Month YYYY]</w:t>
      </w:r>
      <w:r>
        <w:rPr>
          <w:rFonts w:ascii="Open Sans" w:hAnsi="Open Sans"/>
          <w:b w:val="0"/>
          <w:i w:val="0"/>
          <w:sz w:val="21"/>
        </w:rPr>
        <w:t xml:space="preserve">, any document supporting your position on the disputed item of R </w:t>
      </w:r>
      <w:r>
        <w:rPr>
          <w:rFonts w:ascii="Open Sans" w:hAnsi="Open Sans"/>
          <w:b w:val="0"/>
          <w:i w:val="0"/>
          <w:color w:val="21759B"/>
          <w:sz w:val="21"/>
        </w:rPr>
        <w:t>[AMOUNT]</w:t>
      </w:r>
      <w:r>
        <w:rPr>
          <w:rFonts w:ascii="Open Sans" w:hAnsi="Open Sans"/>
          <w:b w:val="0"/>
          <w:i w:val="0"/>
          <w:sz w:val="21"/>
        </w:rPr>
        <w:t>.</w:t>
      </w:r>
    </w:p>
    <w:p>
      <w:pPr>
        <w:pStyle w:val="ListNumber"/>
        <w:spacing w:after="60"/>
        <w:ind w:left="340"/>
      </w:pPr>
      <w:r>
        <w:rPr>
          <w:rFonts w:ascii="Open Sans" w:hAnsi="Open Sans"/>
          <w:b w:val="0"/>
          <w:i w:val="0"/>
          <w:sz w:val="21"/>
        </w:rPr>
        <w:t xml:space="preserve">We give you our final written answer on the disputed item within </w:t>
      </w:r>
      <w:r>
        <w:rPr>
          <w:rFonts w:ascii="Open Sans" w:hAnsi="Open Sans"/>
          <w:b w:val="0"/>
          <w:i w:val="0"/>
          <w:color w:val="21759B"/>
          <w:sz w:val="21"/>
        </w:rPr>
        <w:t>[7]</w:t>
      </w:r>
      <w:r>
        <w:rPr>
          <w:rFonts w:ascii="Open Sans" w:hAnsi="Open Sans"/>
          <w:b w:val="0"/>
          <w:i w:val="0"/>
          <w:sz w:val="21"/>
        </w:rPr>
        <w:t xml:space="preserve"> business days of receiving it.</w:t>
      </w:r>
    </w:p>
    <w:p>
      <w:pPr>
        <w:pStyle w:val="ListNumber"/>
        <w:spacing w:after="60"/>
        <w:ind w:left="340"/>
      </w:pPr>
      <w:r>
        <w:rPr>
          <w:rFonts w:ascii="Open Sans" w:hAnsi="Open Sans"/>
          <w:b w:val="0"/>
          <w:i w:val="0"/>
          <w:sz w:val="21"/>
        </w:rPr>
        <w:t xml:space="preserve">If we still disagree after that, we suggest [a meeting at </w:t>
      </w:r>
      <w:r>
        <w:rPr>
          <w:rFonts w:ascii="Open Sans" w:hAnsi="Open Sans"/>
          <w:b w:val="0"/>
          <w:i w:val="0"/>
          <w:color w:val="21759B"/>
          <w:sz w:val="21"/>
        </w:rPr>
        <w:t>[PLACE]</w:t>
      </w:r>
      <w:r>
        <w:rPr>
          <w:rFonts w:ascii="Open Sans" w:hAnsi="Open Sans"/>
          <w:b w:val="0"/>
          <w:i w:val="0"/>
          <w:sz w:val="21"/>
        </w:rPr>
        <w:t xml:space="preserve"> on </w:t>
      </w:r>
      <w:r>
        <w:rPr>
          <w:rFonts w:ascii="Open Sans" w:hAnsi="Open Sans"/>
          <w:b w:val="0"/>
          <w:i w:val="0"/>
          <w:color w:val="21759B"/>
          <w:sz w:val="21"/>
        </w:rPr>
        <w:t>[DD Month YYYY]</w:t>
      </w:r>
      <w:r>
        <w:rPr>
          <w:rFonts w:ascii="Open Sans" w:hAnsi="Open Sans"/>
          <w:b w:val="0"/>
          <w:i w:val="0"/>
          <w:sz w:val="21"/>
        </w:rPr>
        <w:t xml:space="preserve"> / referring the disputed item to mediation, each side paying half the mediator's fee], rather than either of us spending money on court.</w:t>
      </w:r>
    </w:p>
    <w:p>
      <w:pPr>
        <w:spacing w:after="60" w:before="0"/>
      </w:pPr>
      <w:r>
        <w:rPr>
          <w:rFonts w:ascii="Open Sans" w:hAnsi="Open Sans"/>
          <w:b/>
          <w:i w:val="0"/>
          <w:sz w:val="21"/>
        </w:rPr>
        <w:t>6. In the meantime</w:t>
      </w:r>
    </w:p>
    <w:p>
      <w:pPr>
        <w:spacing w:after="120" w:before="0"/>
        <w:jc w:val="both"/>
      </w:pPr>
      <w:r>
        <w:rPr>
          <w:rFonts w:ascii="Open Sans" w:hAnsi="Open Sans"/>
          <w:b w:val="0"/>
          <w:i w:val="0"/>
          <w:sz w:val="21"/>
        </w:rPr>
        <w:t xml:space="preserve">Further supply on account is suspended until the undisputed balance is paid. Interest continues to run on the undisputed amount in terms of clause </w:t>
      </w:r>
      <w:r>
        <w:rPr>
          <w:rFonts w:ascii="Open Sans" w:hAnsi="Open Sans"/>
          <w:b w:val="0"/>
          <w:i w:val="0"/>
          <w:color w:val="21759B"/>
          <w:sz w:val="21"/>
        </w:rPr>
        <w:t>[X]</w:t>
      </w:r>
      <w:r>
        <w:rPr>
          <w:rFonts w:ascii="Open Sans" w:hAnsi="Open Sans"/>
          <w:b w:val="0"/>
          <w:i w:val="0"/>
          <w:sz w:val="21"/>
        </w:rPr>
        <w:t xml:space="preserve"> of our terms. Our rights, including our right to institute legal proceedings for the full amount, remain reserved, and nothing in this letter is a waiver of any of them or an extension of any prescription period.</w:t>
      </w:r>
    </w:p>
    <w:p>
      <w:pPr>
        <w:spacing w:after="80"/>
      </w:pPr>
    </w:p>
    <w:p>
      <w:pPr>
        <w:spacing w:after="280" w:before="0"/>
      </w:pPr>
      <w:r>
        <w:rPr>
          <w:rFonts w:ascii="Open Sans" w:hAnsi="Open Sans"/>
          <w:b w:val="0"/>
          <w:i w:val="0"/>
          <w:sz w:val="21"/>
        </w:rPr>
        <w:t>Kind regards</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Signature</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[Sign here]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Full name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[YOUR FULL NAME]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Capacity</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[Owner / Director / Credit controller]</w:t>
            </w:r>
            <w:r>
              <w:rPr>
                <w:rFonts w:ascii="Open Sans" w:hAnsi="Open Sans"/>
                <w:b w:val="0"/>
                <w:i w:val="0"/>
                <w:sz w:val="19"/>
              </w:rPr>
              <w:t xml:space="preserve"> of </w:t>
            </w:r>
            <w:r>
              <w:rPr>
                <w:rFonts w:ascii="Open Sans" w:hAnsi="Open Sans"/>
                <w:b w:val="0"/>
                <w:i w:val="0"/>
                <w:color w:val="21759B"/>
                <w:sz w:val="19"/>
              </w:rPr>
              <w:t>[YOUR COMPANY NAME]</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Contact number</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[+27 XX XXX XXXX]</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Email</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[email@yourbusiness.co.za]</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Date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Whatever the outcome, record it in the description column of the next statement so that the history stays in one place, and reverse any interest you charged on an amount you have now credited.</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pack is a set of templates and general guidance. It is not legal advice. A claim of real value, a debtor who is defending, a debt near the three year prescription line, or any claim brought by a company rather than by a person, warrants an attorney. Get a written fee estimate before you instruct one.</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